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AF8677" w14:textId="0509292B" w:rsidR="00960DC8" w:rsidRDefault="00960DC8" w:rsidP="009E7F19">
      <w:pPr>
        <w:spacing w:after="0"/>
        <w:jc w:val="both"/>
        <w:rPr>
          <w:b/>
          <w:bCs/>
          <w:lang w:val="ru-RU"/>
        </w:rPr>
      </w:pPr>
      <w:r w:rsidRPr="00960DC8">
        <w:rPr>
          <w:b/>
          <w:bCs/>
          <w:noProof/>
          <w:lang w:val="ru-RU" w:eastAsia="ru-RU"/>
        </w:rPr>
        <w:drawing>
          <wp:inline distT="0" distB="0" distL="0" distR="0" wp14:anchorId="530A852C" wp14:editId="7643E5DD">
            <wp:extent cx="6391275" cy="9212121"/>
            <wp:effectExtent l="0" t="0" r="0" b="8255"/>
            <wp:docPr id="3" name="Рисунок 3" descr="C:\Users\User\Downloads\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2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012E52" w14:textId="432FBE97" w:rsidR="00047CDB" w:rsidRPr="009E7F19" w:rsidRDefault="00D516EC" w:rsidP="009E7F19">
      <w:pPr>
        <w:spacing w:after="0"/>
        <w:jc w:val="both"/>
        <w:rPr>
          <w:w w:val="110"/>
          <w:lang w:val="ru-RU"/>
          <w14:numSpacing w14:val="proportional"/>
        </w:rPr>
      </w:pPr>
      <w:r w:rsidRPr="009E7F19">
        <w:rPr>
          <w:lang w:val="ru-RU"/>
          <w14:numSpacing w14:val="proportional"/>
        </w:rPr>
        <w:lastRenderedPageBreak/>
        <w:t>семей имеют первоочередной порядок приема. Дети имеют право преимущественного приема в государственные и муниципальные образовательные организации, в которых обучаются их полнородные и неполнородные братья и (или) сестры. Ребенок, в том числе усыновленный (удочеренный) или находящийся под опекой или попечительством в семье</w:t>
      </w:r>
      <w:r w:rsidR="00047CDB" w:rsidRPr="009E7F19">
        <w:rPr>
          <w:lang w:val="ru-RU"/>
          <w14:numSpacing w14:val="proportional"/>
        </w:rPr>
        <w:t xml:space="preserve">, </w:t>
      </w:r>
      <w:r w:rsidRPr="009E7F19">
        <w:rPr>
          <w:lang w:val="ru-RU"/>
          <w14:numSpacing w14:val="proportional"/>
        </w:rPr>
        <w:t>включая</w:t>
      </w:r>
      <w:r w:rsidR="00047CDB" w:rsidRPr="009E7F19">
        <w:rPr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</w:t>
      </w:r>
      <w:r w:rsidR="00047CDB" w:rsidRPr="009E7F19">
        <w:rPr>
          <w:spacing w:val="-5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программам</w:t>
      </w:r>
      <w:r w:rsidR="00047CDB" w:rsidRPr="009E7F19">
        <w:rPr>
          <w:spacing w:val="-4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в</w:t>
      </w:r>
      <w:r w:rsidR="00047CDB" w:rsidRPr="009E7F19">
        <w:rPr>
          <w:spacing w:val="-6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государственную</w:t>
      </w:r>
      <w:r w:rsidR="00047CDB" w:rsidRPr="009E7F19">
        <w:rPr>
          <w:spacing w:val="-4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или</w:t>
      </w:r>
      <w:r w:rsidR="00047CDB" w:rsidRPr="009E7F19">
        <w:rPr>
          <w:spacing w:val="-6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муниципальную</w:t>
      </w:r>
      <w:r w:rsidR="00047CDB" w:rsidRPr="009E7F19">
        <w:rPr>
          <w:spacing w:val="-6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образовательную</w:t>
      </w:r>
      <w:r w:rsidR="00047CDB" w:rsidRPr="009E7F19">
        <w:rPr>
          <w:spacing w:val="-4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организацию, в которой обучаются его брат и (или) сестра (полнородные и неполнородные, усыновленные</w:t>
      </w:r>
      <w:r w:rsidR="00047CDB" w:rsidRPr="009E7F19">
        <w:rPr>
          <w:spacing w:val="40"/>
          <w:w w:val="110"/>
          <w:lang w:val="ru-RU"/>
          <w14:numSpacing w14:val="proportional"/>
        </w:rPr>
        <w:t xml:space="preserve"> </w:t>
      </w:r>
      <w:r w:rsidR="00047CDB" w:rsidRPr="009E7F19">
        <w:rPr>
          <w:w w:val="110"/>
          <w:lang w:val="ru-RU"/>
          <w14:numSpacing w14:val="proportional"/>
        </w:rPr>
        <w:t>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ребенка.</w:t>
      </w:r>
    </w:p>
    <w:p w14:paraId="0855ACE4" w14:textId="77777777" w:rsidR="00047CDB" w:rsidRPr="009E7F19" w:rsidRDefault="00047CDB" w:rsidP="009E7F19">
      <w:pPr>
        <w:spacing w:after="0"/>
        <w:jc w:val="both"/>
        <w:rPr>
          <w:w w:val="110"/>
          <w:lang w:val="ru-RU"/>
        </w:rPr>
      </w:pPr>
    </w:p>
    <w:p w14:paraId="3F1F368B" w14:textId="59D6579B" w:rsidR="00047CDB" w:rsidRPr="00AD4AC8" w:rsidRDefault="00047CDB" w:rsidP="009E7F19">
      <w:pPr>
        <w:spacing w:after="0"/>
        <w:jc w:val="both"/>
        <w:rPr>
          <w:b/>
          <w:bCs/>
          <w:lang w:val="ru-RU"/>
        </w:rPr>
      </w:pPr>
      <w:r w:rsidRPr="00AD4AC8">
        <w:rPr>
          <w:b/>
          <w:bCs/>
          <w:lang w:val="ru-RU"/>
        </w:rPr>
        <w:t>2. Организация приема на обучение.</w:t>
      </w:r>
    </w:p>
    <w:p w14:paraId="583B094C" w14:textId="60E3FF36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2.1. </w:t>
      </w:r>
      <w:r w:rsidR="00047CDB" w:rsidRPr="009E7F19">
        <w:rPr>
          <w:w w:val="115"/>
          <w:lang w:val="ru-RU"/>
        </w:rPr>
        <w:t>Прием в 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осуществляется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течение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календарного года при наличии свободных мест.</w:t>
      </w:r>
    </w:p>
    <w:p w14:paraId="47D8C637" w14:textId="5F3BF2EE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2.2. </w:t>
      </w:r>
      <w:r w:rsidR="00047CDB" w:rsidRPr="009E7F19">
        <w:rPr>
          <w:w w:val="115"/>
          <w:lang w:val="ru-RU"/>
        </w:rPr>
        <w:t>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 осуществляет прием всех детей, имеющих право на получение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дошкольного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образования.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приеме,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может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быть,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отказано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только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отсутствии свободных мест, за</w:t>
      </w:r>
      <w:r w:rsidR="00047CDB" w:rsidRPr="009E7F19">
        <w:rPr>
          <w:spacing w:val="-2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исключением случаев, предусмотренных статьей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88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Федерального закона от 29.12.2012 г. № 273-ФЗ "Об образовании в Российской Федерации". В случае отсутствия мест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«Детский</w:t>
      </w:r>
      <w:r w:rsidR="00047CDB" w:rsidRPr="009E7F19">
        <w:rPr>
          <w:spacing w:val="-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сад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№</w:t>
      </w:r>
      <w:r w:rsidR="00047CDB" w:rsidRPr="009E7F19">
        <w:rPr>
          <w:spacing w:val="-9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родители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(законные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представители)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ребенка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для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решения вопроса о его устройстве в другое дошкольное учреждение обращаются непосредственно в Управление образования.</w:t>
      </w:r>
    </w:p>
    <w:p w14:paraId="7BFD1836" w14:textId="2A031498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2.3. </w:t>
      </w:r>
      <w:r w:rsidR="00047CDB" w:rsidRPr="009E7F19">
        <w:rPr>
          <w:w w:val="115"/>
          <w:lang w:val="ru-RU"/>
        </w:rPr>
        <w:t>Прием детей с ограниченными возможностями здоровья на обучение по адаптированным программам дошкольного образования осуществляется только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 согласия родителей (законных представителей) и на основании заявления, рекомендаций психолого- медико-педагогической комиссии.</w:t>
      </w:r>
    </w:p>
    <w:p w14:paraId="649FAEFF" w14:textId="13E14AF2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2.4. </w:t>
      </w:r>
      <w:r w:rsidR="00047CDB" w:rsidRPr="009E7F19">
        <w:rPr>
          <w:w w:val="115"/>
          <w:lang w:val="ru-RU"/>
        </w:rPr>
        <w:t>Лицо, ответственное за прием документов утверждается приказом заведующей 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».</w:t>
      </w:r>
    </w:p>
    <w:p w14:paraId="2617BFCE" w14:textId="146CE471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2.5. </w:t>
      </w:r>
      <w:r w:rsidR="00047CDB" w:rsidRPr="009E7F19">
        <w:rPr>
          <w:w w:val="115"/>
          <w:lang w:val="ru-RU"/>
        </w:rPr>
        <w:t>Лицо, ответственное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за ведение сайта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</w:t>
      </w:r>
      <w:r w:rsidR="00047CDB" w:rsidRPr="009E7F19">
        <w:rPr>
          <w:spacing w:val="-2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«Детский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сад №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 утверждается приказом заведующей М</w:t>
      </w:r>
      <w:r>
        <w:rPr>
          <w:w w:val="115"/>
          <w:lang w:val="ru-RU"/>
        </w:rPr>
        <w:t>А</w:t>
      </w:r>
      <w:r w:rsidR="00047CDB"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="00047CDB" w:rsidRPr="009E7F19">
        <w:rPr>
          <w:w w:val="115"/>
          <w:lang w:val="ru-RU"/>
        </w:rPr>
        <w:t>».</w:t>
      </w:r>
    </w:p>
    <w:p w14:paraId="51B98438" w14:textId="48E9C768" w:rsidR="00047CDB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2.6. </w:t>
      </w:r>
      <w:r w:rsidR="00047CDB" w:rsidRPr="009E7F19">
        <w:rPr>
          <w:w w:val="115"/>
          <w:lang w:val="ru-RU"/>
        </w:rPr>
        <w:t>Лицо,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ответственное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за</w:t>
      </w:r>
      <w:r w:rsidR="00047CDB" w:rsidRPr="009E7F19">
        <w:rPr>
          <w:spacing w:val="-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</w:t>
      </w:r>
      <w:r w:rsidR="00047CDB" w:rsidRPr="009E7F19">
        <w:rPr>
          <w:spacing w:val="-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документов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обеспечивает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своевременную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передачу ответственному за ведение сайта следующую информацию для размещения на информационном</w:t>
      </w:r>
      <w:r w:rsidR="00047CDB" w:rsidRPr="009E7F19">
        <w:rPr>
          <w:spacing w:val="3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стенде</w:t>
      </w:r>
      <w:r w:rsidR="00047CDB" w:rsidRPr="009E7F19">
        <w:rPr>
          <w:spacing w:val="29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2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М</w:t>
      </w:r>
      <w:r>
        <w:rPr>
          <w:w w:val="115"/>
          <w:lang w:val="ru-RU"/>
        </w:rPr>
        <w:t>А</w:t>
      </w:r>
      <w:r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Pr="009E7F19">
        <w:rPr>
          <w:w w:val="115"/>
          <w:lang w:val="ru-RU"/>
        </w:rPr>
        <w:t>»</w:t>
      </w:r>
      <w:r w:rsidR="00047CDB" w:rsidRPr="009E7F19">
        <w:rPr>
          <w:spacing w:val="2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</w:t>
      </w:r>
      <w:r w:rsidR="00047CDB" w:rsidRPr="009E7F19">
        <w:rPr>
          <w:spacing w:val="2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на</w:t>
      </w:r>
      <w:r w:rsidR="00047CDB" w:rsidRPr="009E7F19">
        <w:rPr>
          <w:spacing w:val="29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официальном</w:t>
      </w:r>
      <w:r w:rsidR="00047CDB" w:rsidRPr="009E7F19">
        <w:rPr>
          <w:spacing w:val="29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сайте</w:t>
      </w:r>
      <w:r w:rsidR="00047CDB" w:rsidRPr="009E7F19">
        <w:rPr>
          <w:spacing w:val="2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М</w:t>
      </w:r>
      <w:r>
        <w:rPr>
          <w:w w:val="115"/>
          <w:lang w:val="ru-RU"/>
        </w:rPr>
        <w:t>А</w:t>
      </w:r>
      <w:r w:rsidRPr="009E7F19">
        <w:rPr>
          <w:w w:val="115"/>
          <w:lang w:val="ru-RU"/>
        </w:rPr>
        <w:t>ДОУ «Детский сад № 1</w:t>
      </w:r>
      <w:r>
        <w:rPr>
          <w:w w:val="115"/>
          <w:lang w:val="ru-RU"/>
        </w:rPr>
        <w:t>0</w:t>
      </w:r>
      <w:r w:rsidRPr="009E7F19">
        <w:rPr>
          <w:w w:val="115"/>
          <w:lang w:val="ru-RU"/>
        </w:rPr>
        <w:t>»</w:t>
      </w:r>
      <w:r>
        <w:rPr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-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сети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spacing w:val="-2"/>
          <w:w w:val="115"/>
          <w:lang w:val="ru-RU"/>
        </w:rPr>
        <w:t>«Интернет»:</w:t>
      </w:r>
    </w:p>
    <w:p w14:paraId="3697DC65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 xml:space="preserve">- </w:t>
      </w:r>
      <w:r w:rsidR="00047CDB" w:rsidRPr="009E7F19">
        <w:rPr>
          <w:w w:val="115"/>
          <w:lang w:val="ru-RU"/>
        </w:rPr>
        <w:t>распорядительного акта Управления образования города Казани о закреплении образовательных организаций за конкретными территориями</w:t>
      </w:r>
      <w:r w:rsidRPr="009E7F19">
        <w:rPr>
          <w:w w:val="115"/>
          <w:lang w:val="ru-RU"/>
        </w:rPr>
        <w:t>;</w:t>
      </w:r>
    </w:p>
    <w:p w14:paraId="4AE5EAA8" w14:textId="77777777" w:rsidR="00DA647C" w:rsidRPr="00AD4AC8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 xml:space="preserve">- </w:t>
      </w:r>
      <w:r w:rsidR="00047CDB" w:rsidRPr="00AD4AC8">
        <w:rPr>
          <w:spacing w:val="-2"/>
          <w:w w:val="115"/>
          <w:lang w:val="ru-RU"/>
        </w:rPr>
        <w:t>настоящего</w:t>
      </w:r>
      <w:r w:rsidR="00047CDB" w:rsidRPr="00AD4AC8">
        <w:rPr>
          <w:spacing w:val="7"/>
          <w:w w:val="115"/>
          <w:lang w:val="ru-RU"/>
        </w:rPr>
        <w:t xml:space="preserve"> </w:t>
      </w:r>
      <w:r w:rsidR="00047CDB" w:rsidRPr="00AD4AC8">
        <w:rPr>
          <w:spacing w:val="-2"/>
          <w:w w:val="115"/>
          <w:lang w:val="ru-RU"/>
        </w:rPr>
        <w:t>Положения;</w:t>
      </w:r>
    </w:p>
    <w:p w14:paraId="6B6EFC8F" w14:textId="29875C39" w:rsidR="00DA647C" w:rsidRPr="009E7F19" w:rsidRDefault="00DA647C" w:rsidP="009E7F19">
      <w:pPr>
        <w:spacing w:after="0"/>
        <w:jc w:val="both"/>
        <w:rPr>
          <w:w w:val="115"/>
          <w:lang w:val="ru-RU"/>
        </w:rPr>
      </w:pPr>
      <w:r w:rsidRPr="009E7F19">
        <w:rPr>
          <w:spacing w:val="-2"/>
          <w:w w:val="115"/>
          <w:lang w:val="ru-RU"/>
        </w:rPr>
        <w:t xml:space="preserve">- </w:t>
      </w:r>
      <w:r w:rsidR="00047CDB" w:rsidRPr="009E7F19">
        <w:rPr>
          <w:w w:val="115"/>
          <w:lang w:val="ru-RU"/>
        </w:rPr>
        <w:t xml:space="preserve">копии устава </w:t>
      </w:r>
      <w:r w:rsidR="00AD4AC8" w:rsidRPr="009E7F19">
        <w:rPr>
          <w:w w:val="115"/>
          <w:lang w:val="ru-RU"/>
        </w:rPr>
        <w:t>М</w:t>
      </w:r>
      <w:r w:rsidR="00AD4AC8">
        <w:rPr>
          <w:w w:val="115"/>
          <w:lang w:val="ru-RU"/>
        </w:rPr>
        <w:t>А</w:t>
      </w:r>
      <w:r w:rsidR="00AD4AC8" w:rsidRPr="009E7F19">
        <w:rPr>
          <w:w w:val="115"/>
          <w:lang w:val="ru-RU"/>
        </w:rPr>
        <w:t>ДОУ «Детский сад № 1</w:t>
      </w:r>
      <w:r w:rsidR="00AD4AC8">
        <w:rPr>
          <w:w w:val="115"/>
          <w:lang w:val="ru-RU"/>
        </w:rPr>
        <w:t>0</w:t>
      </w:r>
      <w:r w:rsidR="00AD4AC8" w:rsidRPr="009E7F19">
        <w:rPr>
          <w:w w:val="115"/>
          <w:lang w:val="ru-RU"/>
        </w:rPr>
        <w:t>»</w:t>
      </w:r>
      <w:r w:rsidR="00AD4AC8">
        <w:rPr>
          <w:w w:val="115"/>
          <w:lang w:val="ru-RU"/>
        </w:rPr>
        <w:t>,</w:t>
      </w:r>
      <w:r w:rsidR="00047CDB" w:rsidRPr="009E7F19">
        <w:rPr>
          <w:w w:val="115"/>
          <w:lang w:val="ru-RU"/>
        </w:rPr>
        <w:t xml:space="preserve">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</w:t>
      </w:r>
      <w:r w:rsidRPr="009E7F19">
        <w:rPr>
          <w:w w:val="115"/>
          <w:lang w:val="ru-RU"/>
        </w:rPr>
        <w:t>;</w:t>
      </w:r>
    </w:p>
    <w:p w14:paraId="566822D4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 xml:space="preserve">- </w:t>
      </w:r>
      <w:r w:rsidR="00047CDB" w:rsidRPr="009E7F19">
        <w:rPr>
          <w:w w:val="115"/>
          <w:lang w:val="ru-RU"/>
        </w:rPr>
        <w:t>информации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сроках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приема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документов,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графика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приема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spacing w:val="-2"/>
          <w:w w:val="115"/>
          <w:lang w:val="ru-RU"/>
        </w:rPr>
        <w:t>документов;</w:t>
      </w:r>
    </w:p>
    <w:p w14:paraId="5BA62965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lang w:val="ru-RU"/>
        </w:rPr>
        <w:t xml:space="preserve">- </w:t>
      </w:r>
      <w:r w:rsidR="00047CDB" w:rsidRPr="009E7F19">
        <w:rPr>
          <w:w w:val="115"/>
          <w:lang w:val="ru-RU"/>
        </w:rPr>
        <w:t>форма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заявлений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приеме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детский сад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</w:t>
      </w:r>
      <w:r w:rsidR="00047CDB" w:rsidRPr="009E7F19">
        <w:rPr>
          <w:spacing w:val="-2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образцов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их</w:t>
      </w:r>
      <w:r w:rsidR="00047CDB" w:rsidRPr="009E7F19">
        <w:rPr>
          <w:spacing w:val="-2"/>
          <w:w w:val="115"/>
          <w:lang w:val="ru-RU"/>
        </w:rPr>
        <w:t xml:space="preserve"> заполнения;</w:t>
      </w:r>
    </w:p>
    <w:p w14:paraId="2D124336" w14:textId="55074939" w:rsidR="00047CDB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lang w:val="ru-RU"/>
        </w:rPr>
        <w:t xml:space="preserve">- </w:t>
      </w:r>
      <w:r w:rsidR="00047CDB" w:rsidRPr="009E7F19">
        <w:rPr>
          <w:w w:val="115"/>
          <w:lang w:val="ru-RU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– другая организация), и образца ее заполнения;</w:t>
      </w:r>
    </w:p>
    <w:p w14:paraId="75840786" w14:textId="77777777" w:rsidR="00DA647C" w:rsidRPr="009E7F19" w:rsidRDefault="00047CDB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формы заявления о приеме на обучение по дополнительным общеразвивающим программам и образца ее заполнения;</w:t>
      </w:r>
    </w:p>
    <w:p w14:paraId="69C63CBE" w14:textId="53A98DBF" w:rsidR="00047CDB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lastRenderedPageBreak/>
        <w:t xml:space="preserve">- </w:t>
      </w:r>
      <w:r w:rsidR="00047CDB" w:rsidRPr="009E7F19">
        <w:rPr>
          <w:w w:val="115"/>
          <w:lang w:val="ru-RU"/>
        </w:rPr>
        <w:t>информации о направлениях обучения по дополнительным общеразвивающим программам, количестве мест, графика приема заявлений не позднее, чем за 30 календарных дней до начала приема документов.</w:t>
      </w:r>
    </w:p>
    <w:p w14:paraId="490B3667" w14:textId="08F94221" w:rsidR="00047CDB" w:rsidRPr="009E7F19" w:rsidRDefault="00DA647C" w:rsidP="009E7F19">
      <w:pPr>
        <w:spacing w:after="0"/>
        <w:jc w:val="both"/>
        <w:rPr>
          <w:w w:val="115"/>
          <w:lang w:val="ru-RU"/>
        </w:rPr>
      </w:pPr>
      <w:r w:rsidRPr="009E7F19">
        <w:rPr>
          <w:w w:val="115"/>
          <w:lang w:val="ru-RU"/>
        </w:rPr>
        <w:t xml:space="preserve">  </w:t>
      </w:r>
      <w:r w:rsidR="00047CDB" w:rsidRPr="009E7F19">
        <w:rPr>
          <w:w w:val="115"/>
          <w:lang w:val="ru-RU"/>
        </w:rPr>
        <w:t>Выбор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языка</w:t>
      </w:r>
      <w:r w:rsidR="00047CDB" w:rsidRPr="009E7F19">
        <w:rPr>
          <w:spacing w:val="-1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образования,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изучаемых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родного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языка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из</w:t>
      </w:r>
      <w:r w:rsidR="00047CDB" w:rsidRPr="009E7F19">
        <w:rPr>
          <w:spacing w:val="-1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числа</w:t>
      </w:r>
      <w:r w:rsidR="00047CDB" w:rsidRPr="009E7F19">
        <w:rPr>
          <w:spacing w:val="-1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языков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народов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РФ,</w:t>
      </w:r>
      <w:r w:rsidR="00047CDB" w:rsidRPr="009E7F19">
        <w:rPr>
          <w:spacing w:val="-1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-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том</w:t>
      </w:r>
      <w:r w:rsidR="00047CDB" w:rsidRPr="009E7F19">
        <w:rPr>
          <w:spacing w:val="-12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числе русского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языка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как</w:t>
      </w:r>
      <w:r w:rsidR="00047CDB" w:rsidRPr="009E7F19">
        <w:rPr>
          <w:spacing w:val="-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родного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языка,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государственных</w:t>
      </w:r>
      <w:r w:rsidR="00047CDB" w:rsidRPr="009E7F19">
        <w:rPr>
          <w:spacing w:val="-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языков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республик</w:t>
      </w:r>
      <w:r w:rsidR="00047CDB" w:rsidRPr="009E7F19">
        <w:rPr>
          <w:spacing w:val="-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РФ осуществляется</w:t>
      </w:r>
      <w:r w:rsidR="00047CDB" w:rsidRPr="009E7F19">
        <w:rPr>
          <w:spacing w:val="-5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по заявлениям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родителей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(законных</w:t>
      </w:r>
      <w:r w:rsidR="00047CDB" w:rsidRPr="009E7F19">
        <w:rPr>
          <w:spacing w:val="-2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представителей)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детей</w:t>
      </w:r>
      <w:r w:rsidR="00047CDB" w:rsidRPr="009E7F19">
        <w:rPr>
          <w:spacing w:val="-1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</w:t>
      </w:r>
      <w:r w:rsidR="00047CDB" w:rsidRPr="009E7F19">
        <w:rPr>
          <w:spacing w:val="-3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приеме (переводе)</w:t>
      </w:r>
      <w:r w:rsidR="00047CDB" w:rsidRPr="009E7F19">
        <w:rPr>
          <w:spacing w:val="4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на</w:t>
      </w:r>
      <w:r w:rsidR="00047CDB" w:rsidRPr="009E7F19">
        <w:rPr>
          <w:spacing w:val="3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обучение. Изучение</w:t>
      </w:r>
      <w:r w:rsidR="00047CDB" w:rsidRPr="009E7F19">
        <w:rPr>
          <w:spacing w:val="46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татарского</w:t>
      </w:r>
      <w:r w:rsidR="00047CDB" w:rsidRPr="009E7F19">
        <w:rPr>
          <w:spacing w:val="50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языка</w:t>
      </w:r>
      <w:r w:rsidR="00047CDB" w:rsidRPr="009E7F19">
        <w:rPr>
          <w:spacing w:val="48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в</w:t>
      </w:r>
      <w:r w:rsidR="00047CDB" w:rsidRPr="009E7F19">
        <w:rPr>
          <w:spacing w:val="47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рамках,</w:t>
      </w:r>
      <w:r w:rsidR="00047CDB" w:rsidRPr="009E7F19">
        <w:rPr>
          <w:spacing w:val="49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определенных</w:t>
      </w:r>
      <w:r w:rsidR="00047CDB" w:rsidRPr="009E7F19">
        <w:rPr>
          <w:spacing w:val="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образовательной</w:t>
      </w:r>
      <w:r w:rsidR="00047CDB" w:rsidRPr="009E7F19">
        <w:rPr>
          <w:spacing w:val="14"/>
          <w:w w:val="115"/>
          <w:lang w:val="ru-RU"/>
        </w:rPr>
        <w:t xml:space="preserve"> </w:t>
      </w:r>
      <w:r w:rsidR="00047CDB" w:rsidRPr="009E7F19">
        <w:rPr>
          <w:w w:val="115"/>
          <w:lang w:val="ru-RU"/>
        </w:rPr>
        <w:t>программой</w:t>
      </w:r>
      <w:r w:rsidR="00047CDB" w:rsidRPr="009E7F19">
        <w:rPr>
          <w:spacing w:val="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М</w:t>
      </w:r>
      <w:r w:rsidR="00AD4AC8">
        <w:rPr>
          <w:w w:val="115"/>
          <w:lang w:val="ru-RU"/>
        </w:rPr>
        <w:t>А</w:t>
      </w:r>
      <w:r w:rsidR="00AD4AC8" w:rsidRPr="009E7F19">
        <w:rPr>
          <w:w w:val="115"/>
          <w:lang w:val="ru-RU"/>
        </w:rPr>
        <w:t>ДОУ «Детский сад № 1</w:t>
      </w:r>
      <w:r w:rsidR="00AD4AC8">
        <w:rPr>
          <w:w w:val="115"/>
          <w:lang w:val="ru-RU"/>
        </w:rPr>
        <w:t>0</w:t>
      </w:r>
      <w:r w:rsidR="00AD4AC8" w:rsidRPr="009E7F19">
        <w:rPr>
          <w:w w:val="115"/>
          <w:lang w:val="ru-RU"/>
        </w:rPr>
        <w:t>»</w:t>
      </w:r>
      <w:r w:rsidR="00AD4AC8">
        <w:rPr>
          <w:w w:val="115"/>
          <w:lang w:val="ru-RU"/>
        </w:rPr>
        <w:t xml:space="preserve">, </w:t>
      </w:r>
      <w:r w:rsidR="00047CDB" w:rsidRPr="009E7F19">
        <w:rPr>
          <w:w w:val="115"/>
          <w:lang w:val="ru-RU"/>
        </w:rPr>
        <w:t>осуществляется на основании заявления родителей (законных представителей) ребенка.</w:t>
      </w:r>
    </w:p>
    <w:p w14:paraId="59FF9186" w14:textId="67A6350A" w:rsidR="00DA647C" w:rsidRPr="00AD4AC8" w:rsidRDefault="00DA647C" w:rsidP="009E7F19">
      <w:pPr>
        <w:spacing w:after="0"/>
        <w:jc w:val="both"/>
        <w:rPr>
          <w:b/>
          <w:bCs/>
          <w:lang w:val="ru-RU"/>
        </w:rPr>
      </w:pPr>
      <w:r w:rsidRPr="00AD4AC8">
        <w:rPr>
          <w:b/>
          <w:bCs/>
          <w:lang w:val="ru-RU"/>
        </w:rPr>
        <w:t>3.Порядок зачисления на обучение по основным образовательным программам дошкольного образования.</w:t>
      </w:r>
    </w:p>
    <w:p w14:paraId="3C7EB66B" w14:textId="51AFEB43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3.1. </w:t>
      </w:r>
      <w:r w:rsidR="00DA647C" w:rsidRPr="009E7F19">
        <w:rPr>
          <w:w w:val="115"/>
          <w:lang w:val="ru-RU"/>
        </w:rPr>
        <w:t>Прием</w:t>
      </w:r>
      <w:r w:rsidR="00DA647C" w:rsidRPr="009E7F19">
        <w:rPr>
          <w:spacing w:val="-1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детей,</w:t>
      </w:r>
      <w:r w:rsidR="00DA647C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впервые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зачисляемых</w:t>
      </w:r>
      <w:r w:rsidR="00DA647C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в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М</w:t>
      </w:r>
      <w:r w:rsidR="009E7F19" w:rsidRPr="009E7F19">
        <w:rPr>
          <w:w w:val="115"/>
          <w:lang w:val="ru-RU"/>
        </w:rPr>
        <w:t>А</w:t>
      </w:r>
      <w:r w:rsidR="00DA647C" w:rsidRPr="009E7F19">
        <w:rPr>
          <w:w w:val="115"/>
          <w:lang w:val="ru-RU"/>
        </w:rPr>
        <w:t>ДОУ</w:t>
      </w:r>
      <w:r w:rsidR="00DA647C" w:rsidRPr="009E7F19">
        <w:rPr>
          <w:spacing w:val="-1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«Детский</w:t>
      </w:r>
      <w:r w:rsidR="00DA647C" w:rsidRPr="009E7F19">
        <w:rPr>
          <w:spacing w:val="-1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сад</w:t>
      </w:r>
      <w:r w:rsidR="00DA647C" w:rsidRPr="009E7F19">
        <w:rPr>
          <w:spacing w:val="-1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№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1</w:t>
      </w:r>
      <w:r w:rsidR="009E7F19" w:rsidRPr="009E7F19">
        <w:rPr>
          <w:w w:val="115"/>
          <w:lang w:val="ru-RU"/>
        </w:rPr>
        <w:t>0</w:t>
      </w:r>
      <w:r w:rsidR="00DA647C" w:rsidRPr="009E7F19">
        <w:rPr>
          <w:w w:val="115"/>
          <w:lang w:val="ru-RU"/>
        </w:rPr>
        <w:t>»</w:t>
      </w:r>
      <w:r w:rsidR="00DA647C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на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обучение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 xml:space="preserve">по образовательным программам дошкольного образования, осуществляется на основании электронного направления и протокола отдела управления образования ИКМО </w:t>
      </w:r>
      <w:r w:rsidR="004666B8" w:rsidRPr="009E7F19">
        <w:rPr>
          <w:w w:val="115"/>
          <w:lang w:val="ru-RU"/>
        </w:rPr>
        <w:t>г. Казани</w:t>
      </w:r>
      <w:r w:rsidR="00DA647C" w:rsidRPr="009E7F19">
        <w:rPr>
          <w:w w:val="115"/>
          <w:lang w:val="ru-RU"/>
        </w:rPr>
        <w:t xml:space="preserve"> по Авиастроительному и Ново-Савиновскому району (без включения бумажного варианта направления в личное дело воспитанника), по личному заявлению родителей (законных представителей)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ребенка</w:t>
      </w:r>
      <w:r w:rsidR="00DA647C" w:rsidRPr="009E7F19">
        <w:rPr>
          <w:spacing w:val="-13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при</w:t>
      </w:r>
      <w:r w:rsidR="00DA647C" w:rsidRPr="009E7F19">
        <w:rPr>
          <w:spacing w:val="-14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предъявлении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оригинала</w:t>
      </w:r>
      <w:r w:rsidR="00DA647C" w:rsidRPr="009E7F19">
        <w:rPr>
          <w:spacing w:val="-13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документа,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удостоверяющего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личность родителей</w:t>
      </w:r>
      <w:r w:rsidR="00DA647C" w:rsidRPr="009E7F19">
        <w:rPr>
          <w:spacing w:val="-16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(законных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представителей),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либо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оригинала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документа,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удостоверяющего</w:t>
      </w:r>
      <w:r w:rsidR="00DA647C" w:rsidRPr="009E7F19">
        <w:rPr>
          <w:spacing w:val="-15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личность иностранного гражданина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и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лица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без гражданства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в РФ в</w:t>
      </w:r>
      <w:r w:rsidR="00DA647C" w:rsidRPr="009E7F19">
        <w:rPr>
          <w:spacing w:val="-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 xml:space="preserve">соответствии с законодательством </w:t>
      </w:r>
      <w:r w:rsidR="00DA647C" w:rsidRPr="009E7F19">
        <w:rPr>
          <w:spacing w:val="-4"/>
          <w:w w:val="115"/>
          <w:lang w:val="ru-RU"/>
        </w:rPr>
        <w:t>РФ.</w:t>
      </w:r>
    </w:p>
    <w:p w14:paraId="6429008F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Форма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заявления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утверждается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заведующим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детским</w:t>
      </w:r>
      <w:r w:rsidRPr="009E7F19">
        <w:rPr>
          <w:spacing w:val="-9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садом.</w:t>
      </w:r>
    </w:p>
    <w:p w14:paraId="1407580D" w14:textId="1D443F21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3.2. </w:t>
      </w:r>
      <w:r w:rsidRPr="009E7F19">
        <w:rPr>
          <w:w w:val="115"/>
          <w:lang w:val="ru-RU"/>
        </w:rPr>
        <w:t>МАДОУ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«Детский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сад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№</w:t>
      </w:r>
      <w:r w:rsidRPr="009E7F19">
        <w:rPr>
          <w:spacing w:val="-1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10»</w:t>
      </w:r>
      <w:r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осуществляет</w:t>
      </w:r>
      <w:r w:rsidR="00DA647C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прием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заявления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родителей</w:t>
      </w:r>
      <w:r w:rsidR="00DA647C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(законных представителей) ребенка в форме документа на бумажном носителе и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(или)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 xml:space="preserve">в электронной </w:t>
      </w:r>
      <w:r w:rsidR="00DA647C" w:rsidRPr="009E7F19">
        <w:rPr>
          <w:spacing w:val="-2"/>
          <w:w w:val="115"/>
          <w:lang w:val="ru-RU"/>
        </w:rPr>
        <w:t>форме.</w:t>
      </w:r>
    </w:p>
    <w:p w14:paraId="78C9A5FD" w14:textId="5AD08C95" w:rsidR="00DA647C" w:rsidRPr="009E7F19" w:rsidRDefault="00AD4AC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3.3. </w:t>
      </w:r>
      <w:r w:rsidR="00DA647C" w:rsidRPr="009E7F19">
        <w:rPr>
          <w:w w:val="115"/>
          <w:lang w:val="ru-RU"/>
        </w:rPr>
        <w:t>В заявлении для приема родителями (законными представителями) ребенка указываются следующие сведения:</w:t>
      </w:r>
    </w:p>
    <w:p w14:paraId="6AF1CEBF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а)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фамилия,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имя,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отчество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(последнее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-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при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наличии)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ребенка;</w:t>
      </w:r>
    </w:p>
    <w:p w14:paraId="59956EB2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6)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дата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рождения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ребенка;</w:t>
      </w:r>
    </w:p>
    <w:p w14:paraId="54C47F80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в)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реквизиты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свидетельства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рождении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ребенка;</w:t>
      </w:r>
    </w:p>
    <w:p w14:paraId="5B79E354" w14:textId="77777777" w:rsidR="00210C9F" w:rsidRDefault="00DA647C" w:rsidP="009E7F19">
      <w:pPr>
        <w:spacing w:after="0"/>
        <w:jc w:val="both"/>
        <w:rPr>
          <w:w w:val="115"/>
          <w:lang w:val="ru-RU"/>
        </w:rPr>
      </w:pPr>
      <w:r w:rsidRPr="009E7F19">
        <w:rPr>
          <w:w w:val="115"/>
          <w:lang w:val="ru-RU"/>
        </w:rPr>
        <w:t>г) адрес места жительства (места пребывания,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места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фактического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проживания)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 xml:space="preserve">ребенка; </w:t>
      </w:r>
    </w:p>
    <w:p w14:paraId="115C2D5E" w14:textId="14AF0C70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д)</w:t>
      </w:r>
      <w:r w:rsidR="00210C9F">
        <w:rPr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фамилия, имя,</w:t>
      </w:r>
      <w:r w:rsidRPr="009E7F19">
        <w:rPr>
          <w:lang w:val="ru-RU"/>
        </w:rPr>
        <w:tab/>
      </w:r>
      <w:r w:rsidRPr="009E7F19">
        <w:rPr>
          <w:spacing w:val="-2"/>
          <w:w w:val="110"/>
          <w:lang w:val="ru-RU"/>
        </w:rPr>
        <w:t>отчество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(последнее</w:t>
      </w:r>
      <w:r w:rsidRPr="009E7F19">
        <w:rPr>
          <w:lang w:val="ru-RU"/>
        </w:rPr>
        <w:tab/>
      </w:r>
      <w:r w:rsidRPr="009E7F19">
        <w:rPr>
          <w:spacing w:val="-10"/>
          <w:w w:val="115"/>
          <w:lang w:val="ru-RU"/>
        </w:rPr>
        <w:t>-</w:t>
      </w:r>
      <w:r w:rsidRPr="009E7F19">
        <w:rPr>
          <w:lang w:val="ru-RU"/>
        </w:rPr>
        <w:tab/>
      </w:r>
      <w:r w:rsidRPr="009E7F19">
        <w:rPr>
          <w:spacing w:val="-4"/>
          <w:w w:val="115"/>
          <w:lang w:val="ru-RU"/>
        </w:rPr>
        <w:t>при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наличии)</w:t>
      </w:r>
      <w:r w:rsidR="00210C9F">
        <w:rPr>
          <w:lang w:val="ru-RU"/>
        </w:rPr>
        <w:t xml:space="preserve"> </w:t>
      </w:r>
      <w:r w:rsidR="004666B8" w:rsidRPr="009E7F19">
        <w:rPr>
          <w:spacing w:val="-2"/>
          <w:w w:val="110"/>
          <w:lang w:val="ru-RU"/>
        </w:rPr>
        <w:t>родителей (</w:t>
      </w:r>
      <w:r w:rsidRPr="009E7F19">
        <w:rPr>
          <w:spacing w:val="-2"/>
          <w:w w:val="110"/>
          <w:lang w:val="ru-RU"/>
        </w:rPr>
        <w:t xml:space="preserve">законных </w:t>
      </w:r>
      <w:r w:rsidRPr="009E7F19">
        <w:rPr>
          <w:w w:val="115"/>
          <w:lang w:val="ru-RU"/>
        </w:rPr>
        <w:t>представителей) ребенка;</w:t>
      </w:r>
    </w:p>
    <w:p w14:paraId="184516CA" w14:textId="1F647AFD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е)</w:t>
      </w:r>
      <w:r w:rsidR="00210C9F">
        <w:rPr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реквизиты документа,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удостоверяющего</w:t>
      </w:r>
      <w:r w:rsidRPr="009E7F19">
        <w:rPr>
          <w:lang w:val="ru-RU"/>
        </w:rPr>
        <w:tab/>
      </w:r>
      <w:r w:rsidRPr="009E7F19">
        <w:rPr>
          <w:spacing w:val="-2"/>
          <w:w w:val="110"/>
          <w:lang w:val="ru-RU"/>
        </w:rPr>
        <w:t>личность</w:t>
      </w:r>
      <w:r w:rsidR="00210C9F">
        <w:rPr>
          <w:lang w:val="ru-RU"/>
        </w:rPr>
        <w:t xml:space="preserve"> </w:t>
      </w:r>
      <w:r w:rsidR="004666B8" w:rsidRPr="009E7F19">
        <w:rPr>
          <w:spacing w:val="-2"/>
          <w:w w:val="110"/>
          <w:lang w:val="ru-RU"/>
        </w:rPr>
        <w:t>родителя (</w:t>
      </w:r>
      <w:r w:rsidRPr="009E7F19">
        <w:rPr>
          <w:spacing w:val="-2"/>
          <w:w w:val="110"/>
          <w:lang w:val="ru-RU"/>
        </w:rPr>
        <w:t>законного</w:t>
      </w:r>
      <w:r w:rsidR="00210C9F">
        <w:rPr>
          <w:spacing w:val="-2"/>
          <w:w w:val="110"/>
          <w:lang w:val="ru-RU"/>
        </w:rPr>
        <w:t xml:space="preserve"> п</w:t>
      </w:r>
      <w:r w:rsidRPr="009E7F19">
        <w:rPr>
          <w:w w:val="115"/>
          <w:lang w:val="ru-RU"/>
        </w:rPr>
        <w:t>редставителя) ребенка;</w:t>
      </w:r>
    </w:p>
    <w:p w14:paraId="2D87FA3B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ж)</w:t>
      </w:r>
      <w:r w:rsidRPr="009E7F19">
        <w:rPr>
          <w:spacing w:val="-1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реквизиты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документа,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подтверждающего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установление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опеки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(при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наличии);</w:t>
      </w:r>
    </w:p>
    <w:p w14:paraId="549781C6" w14:textId="0D7CE08B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spacing w:val="-6"/>
          <w:w w:val="115"/>
          <w:lang w:val="ru-RU"/>
        </w:rPr>
        <w:t>з)</w:t>
      </w:r>
      <w:r w:rsidR="00210C9F">
        <w:rPr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адрес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электронной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почты,</w:t>
      </w:r>
      <w:r w:rsidRPr="009E7F19">
        <w:rPr>
          <w:lang w:val="ru-RU"/>
        </w:rPr>
        <w:tab/>
      </w:r>
      <w:r w:rsidRPr="009E7F19">
        <w:rPr>
          <w:spacing w:val="-4"/>
          <w:w w:val="115"/>
          <w:lang w:val="ru-RU"/>
        </w:rPr>
        <w:t>номер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телефона</w:t>
      </w:r>
      <w:r w:rsidRPr="009E7F19">
        <w:rPr>
          <w:lang w:val="ru-RU"/>
        </w:rPr>
        <w:tab/>
      </w:r>
      <w:r w:rsidRPr="009E7F19">
        <w:rPr>
          <w:spacing w:val="-4"/>
          <w:w w:val="115"/>
          <w:lang w:val="ru-RU"/>
        </w:rPr>
        <w:t>(при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наличии)</w:t>
      </w:r>
      <w:r w:rsidR="00210C9F">
        <w:rPr>
          <w:spacing w:val="-2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родителей</w:t>
      </w:r>
      <w:r w:rsidRPr="009E7F19">
        <w:rPr>
          <w:lang w:val="ru-RU"/>
        </w:rPr>
        <w:tab/>
      </w:r>
      <w:r w:rsidRPr="009E7F19">
        <w:rPr>
          <w:spacing w:val="-4"/>
          <w:w w:val="115"/>
          <w:lang w:val="ru-RU"/>
        </w:rPr>
        <w:t xml:space="preserve">(законных </w:t>
      </w:r>
      <w:r w:rsidRPr="009E7F19">
        <w:rPr>
          <w:w w:val="115"/>
          <w:lang w:val="ru-RU"/>
        </w:rPr>
        <w:t>представителей) ребенка;</w:t>
      </w:r>
    </w:p>
    <w:p w14:paraId="535A68B0" w14:textId="59EA00B6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и)</w:t>
      </w:r>
      <w:r w:rsidR="00210C9F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выборе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языка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образования,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родного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языка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из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числа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языков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народов</w:t>
      </w:r>
      <w:r w:rsidRPr="009E7F19">
        <w:rPr>
          <w:spacing w:val="8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Российской Федерации, в том числе русского языка как родного языка;</w:t>
      </w:r>
    </w:p>
    <w:p w14:paraId="4E6F0705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к) о потребности в обучении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ребенка по адаптированной образовательной программе дошкольного</w:t>
      </w:r>
      <w:r w:rsidRPr="009E7F19">
        <w:rPr>
          <w:spacing w:val="-1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образования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(или)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</w:t>
      </w:r>
      <w:r w:rsidRPr="009E7F19">
        <w:rPr>
          <w:spacing w:val="-1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создании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специальных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условий</w:t>
      </w:r>
      <w:r w:rsidRPr="009E7F19">
        <w:rPr>
          <w:spacing w:val="-1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для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организации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обучения и воспитания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ребенка-инвалида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соответствии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индивидуальной программой реабилитации инвалида (при наличии);</w:t>
      </w:r>
    </w:p>
    <w:p w14:paraId="146D37EA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л)</w:t>
      </w:r>
      <w:r w:rsidRPr="009E7F19">
        <w:rPr>
          <w:spacing w:val="-9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направленности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дошкольной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группы;</w:t>
      </w:r>
    </w:p>
    <w:p w14:paraId="3D06D178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spacing w:val="-2"/>
          <w:w w:val="115"/>
          <w:lang w:val="ru-RU"/>
        </w:rPr>
        <w:t>м)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о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необходимом</w:t>
      </w:r>
      <w:r w:rsidRPr="009E7F19">
        <w:rPr>
          <w:spacing w:val="-10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режиме</w:t>
      </w:r>
      <w:r w:rsidRPr="009E7F19">
        <w:rPr>
          <w:spacing w:val="-12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пребывания</w:t>
      </w:r>
      <w:r w:rsidRPr="009E7F19">
        <w:rPr>
          <w:spacing w:val="-12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 xml:space="preserve">ребенка; </w:t>
      </w:r>
      <w:r w:rsidRPr="009E7F19">
        <w:rPr>
          <w:w w:val="115"/>
          <w:lang w:val="ru-RU"/>
        </w:rPr>
        <w:t>н) о желаемой дате приема на обучение;</w:t>
      </w:r>
    </w:p>
    <w:p w14:paraId="499EAAAE" w14:textId="2BD7DBB7" w:rsidR="00DA647C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3.4. </w:t>
      </w:r>
      <w:r w:rsidR="00DA647C" w:rsidRPr="009E7F19">
        <w:rPr>
          <w:w w:val="115"/>
          <w:lang w:val="ru-RU"/>
        </w:rPr>
        <w:t>Родителями (законными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представителями) в отдельном заявлении указываются сведения о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наличии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права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на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специальные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меры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поддержки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(гарантии)</w:t>
      </w:r>
      <w:r w:rsidR="00DA647C" w:rsidRPr="009E7F19">
        <w:rPr>
          <w:spacing w:val="4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отдельных категорий</w:t>
      </w:r>
      <w:r w:rsidR="00DA647C" w:rsidRPr="009E7F19">
        <w:rPr>
          <w:spacing w:val="1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граждан</w:t>
      </w:r>
      <w:r w:rsidR="00DA647C" w:rsidRPr="009E7F19">
        <w:rPr>
          <w:spacing w:val="-8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и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их</w:t>
      </w:r>
      <w:r w:rsidR="00DA647C" w:rsidRPr="009E7F19">
        <w:rPr>
          <w:spacing w:val="-7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семей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(при</w:t>
      </w:r>
      <w:r w:rsidR="00DA647C" w:rsidRPr="009E7F19">
        <w:rPr>
          <w:spacing w:val="-1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необходимости).При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наличии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у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ребенка</w:t>
      </w:r>
      <w:r w:rsidR="00DA647C" w:rsidRPr="009E7F19">
        <w:rPr>
          <w:spacing w:val="-10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полнородных</w:t>
      </w:r>
      <w:r w:rsidR="00DA647C" w:rsidRPr="009E7F19">
        <w:rPr>
          <w:spacing w:val="-8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 xml:space="preserve">или неполнородных братьев или сестер для приема ребенка </w:t>
      </w:r>
      <w:r w:rsidR="00DA647C" w:rsidRPr="009E7F19">
        <w:rPr>
          <w:w w:val="115"/>
          <w:lang w:val="ru-RU"/>
        </w:rPr>
        <w:lastRenderedPageBreak/>
        <w:t>дополнительно в заявлении для направления</w:t>
      </w:r>
      <w:r w:rsidR="00DA647C" w:rsidRPr="009E7F19">
        <w:rPr>
          <w:spacing w:val="-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указываются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фамилия,</w:t>
      </w:r>
      <w:r w:rsidR="00DA647C" w:rsidRPr="009E7F19">
        <w:rPr>
          <w:spacing w:val="-2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имя,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отчество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ребенка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полнородных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или</w:t>
      </w:r>
      <w:r w:rsidR="00DA647C" w:rsidRPr="009E7F19">
        <w:rPr>
          <w:spacing w:val="-1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неполнородных братьев или сестер.</w:t>
      </w:r>
    </w:p>
    <w:p w14:paraId="6706B6FE" w14:textId="52E0FE7C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20"/>
          <w:lang w:val="ru-RU"/>
        </w:rPr>
        <w:t>Также</w:t>
      </w:r>
      <w:r w:rsidRPr="009E7F19">
        <w:rPr>
          <w:spacing w:val="-1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отдельно</w:t>
      </w:r>
      <w:r w:rsidRPr="009E7F19">
        <w:rPr>
          <w:spacing w:val="-12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подается</w:t>
      </w:r>
      <w:r w:rsidRPr="009E7F19">
        <w:rPr>
          <w:spacing w:val="-1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заявление</w:t>
      </w:r>
      <w:r w:rsidRPr="009E7F19">
        <w:rPr>
          <w:spacing w:val="-1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на</w:t>
      </w:r>
      <w:r w:rsidRPr="009E7F19">
        <w:rPr>
          <w:spacing w:val="-1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изучение</w:t>
      </w:r>
      <w:r w:rsidRPr="009E7F19">
        <w:rPr>
          <w:spacing w:val="-12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татарского</w:t>
      </w:r>
      <w:r w:rsidRPr="009E7F19">
        <w:rPr>
          <w:spacing w:val="-12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языка</w:t>
      </w:r>
      <w:r w:rsidRPr="009E7F19">
        <w:rPr>
          <w:spacing w:val="-13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в</w:t>
      </w:r>
      <w:r w:rsidRPr="009E7F19">
        <w:rPr>
          <w:spacing w:val="-12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рамках,</w:t>
      </w:r>
      <w:r w:rsidRPr="009E7F19">
        <w:rPr>
          <w:spacing w:val="-1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 xml:space="preserve">определенных образовательной Программой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>
        <w:rPr>
          <w:w w:val="115"/>
          <w:lang w:val="ru-RU"/>
        </w:rPr>
        <w:t>.</w:t>
      </w:r>
    </w:p>
    <w:p w14:paraId="07A709B1" w14:textId="5AAD5282" w:rsidR="00DA647C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3.5. </w:t>
      </w:r>
      <w:r w:rsidR="00DA647C" w:rsidRPr="009E7F19">
        <w:rPr>
          <w:w w:val="115"/>
          <w:lang w:val="ru-RU"/>
        </w:rPr>
        <w:t xml:space="preserve">Для приема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DA647C" w:rsidRPr="009E7F19">
        <w:rPr>
          <w:w w:val="115"/>
          <w:lang w:val="ru-RU"/>
        </w:rPr>
        <w:t>родители (законные представители) ребенка предъявляют следующие документы:</w:t>
      </w:r>
    </w:p>
    <w:p w14:paraId="2E2B6F7E" w14:textId="77777777" w:rsidR="00DA647C" w:rsidRPr="009E7F19" w:rsidRDefault="00DA647C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а) документ, удостоверяющий личность родителей (законных представителей) ребенка, либо документ, удостоверяющий личность иностранного гражданина или лица без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гражданства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 Российской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Федерации</w:t>
      </w:r>
      <w:r w:rsidRPr="009E7F19">
        <w:rPr>
          <w:spacing w:val="-1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соответствии</w:t>
      </w:r>
      <w:r w:rsidRPr="009E7F19">
        <w:rPr>
          <w:spacing w:val="3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со</w:t>
      </w:r>
      <w:r w:rsidRPr="009E7F19">
        <w:rPr>
          <w:spacing w:val="3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статьей</w:t>
      </w:r>
      <w:r w:rsidRPr="009E7F19">
        <w:rPr>
          <w:spacing w:val="3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10</w:t>
      </w:r>
      <w:r w:rsidRPr="009E7F19">
        <w:rPr>
          <w:spacing w:val="3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Федерального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закона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от</w:t>
      </w:r>
      <w:r w:rsidRPr="009E7F19">
        <w:rPr>
          <w:spacing w:val="-1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25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июля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2002</w:t>
      </w:r>
      <w:r w:rsidRPr="009E7F19">
        <w:rPr>
          <w:spacing w:val="-1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г.</w:t>
      </w:r>
    </w:p>
    <w:p w14:paraId="53610459" w14:textId="3898CEAF" w:rsidR="00DA647C" w:rsidRPr="009E7F19" w:rsidRDefault="00DA647C" w:rsidP="009E7F19">
      <w:pPr>
        <w:spacing w:after="0"/>
        <w:jc w:val="both"/>
        <w:rPr>
          <w:spacing w:val="-2"/>
          <w:w w:val="115"/>
          <w:lang w:val="ru-RU"/>
        </w:rPr>
      </w:pPr>
      <w:r w:rsidRPr="009E7F19">
        <w:rPr>
          <w:spacing w:val="-2"/>
          <w:w w:val="115"/>
          <w:lang w:val="ru-RU"/>
        </w:rPr>
        <w:t>№</w:t>
      </w:r>
      <w:r w:rsidRPr="009E7F19">
        <w:rPr>
          <w:spacing w:val="-9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115-ФЗ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"О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правовом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положении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иностранных</w:t>
      </w:r>
      <w:r w:rsidRPr="009E7F19">
        <w:rPr>
          <w:spacing w:val="-8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граждан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в</w:t>
      </w:r>
      <w:r w:rsidRPr="009E7F19">
        <w:rPr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Российской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Федерации";</w:t>
      </w:r>
    </w:p>
    <w:p w14:paraId="37EB30C6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б)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документ,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подтверждающий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установление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опеки</w:t>
      </w:r>
      <w:r w:rsidRPr="009E7F19">
        <w:rPr>
          <w:spacing w:val="-7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(при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необходимости);</w:t>
      </w:r>
    </w:p>
    <w:p w14:paraId="54BAF5FE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spacing w:val="-2"/>
          <w:w w:val="115"/>
          <w:lang w:val="ru-RU"/>
        </w:rPr>
        <w:t>в)</w:t>
      </w:r>
      <w:r w:rsidRPr="009E7F19">
        <w:rPr>
          <w:spacing w:val="9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документ</w:t>
      </w:r>
      <w:r w:rsidRPr="009E7F19">
        <w:rPr>
          <w:spacing w:val="12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психолого-медико-педагогической</w:t>
      </w:r>
      <w:r w:rsidRPr="009E7F19">
        <w:rPr>
          <w:spacing w:val="16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комиссии</w:t>
      </w:r>
      <w:r w:rsidRPr="009E7F19">
        <w:rPr>
          <w:spacing w:val="12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(при</w:t>
      </w:r>
      <w:r w:rsidRPr="009E7F19">
        <w:rPr>
          <w:spacing w:val="11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необходимости);</w:t>
      </w:r>
    </w:p>
    <w:p w14:paraId="237BF7DA" w14:textId="1B24FD28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spacing w:val="-6"/>
          <w:w w:val="115"/>
          <w:lang w:val="ru-RU"/>
        </w:rPr>
        <w:t>д)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документ,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подтверждающий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потребность</w:t>
      </w:r>
      <w:r w:rsidRPr="009E7F19">
        <w:rPr>
          <w:lang w:val="ru-RU"/>
        </w:rPr>
        <w:tab/>
      </w:r>
      <w:r w:rsidRPr="009E7F19">
        <w:rPr>
          <w:spacing w:val="-10"/>
          <w:w w:val="115"/>
          <w:lang w:val="ru-RU"/>
        </w:rPr>
        <w:t>в</w:t>
      </w:r>
      <w:r w:rsidRPr="009E7F19">
        <w:rPr>
          <w:lang w:val="ru-RU"/>
        </w:rPr>
        <w:tab/>
      </w:r>
      <w:r w:rsidRPr="009E7F19">
        <w:rPr>
          <w:spacing w:val="-2"/>
          <w:w w:val="115"/>
          <w:lang w:val="ru-RU"/>
        </w:rPr>
        <w:t>обучении</w:t>
      </w:r>
      <w:r w:rsidRPr="009E7F19">
        <w:rPr>
          <w:lang w:val="ru-RU"/>
        </w:rPr>
        <w:tab/>
      </w:r>
      <w:r w:rsidRPr="009E7F19">
        <w:rPr>
          <w:spacing w:val="-10"/>
          <w:w w:val="115"/>
          <w:lang w:val="ru-RU"/>
        </w:rPr>
        <w:t>в</w:t>
      </w:r>
      <w:r w:rsidR="00210C9F">
        <w:rPr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группе</w:t>
      </w:r>
      <w:r w:rsidRPr="009E7F19">
        <w:rPr>
          <w:lang w:val="ru-RU"/>
        </w:rPr>
        <w:tab/>
      </w:r>
      <w:r w:rsidRPr="009E7F19">
        <w:rPr>
          <w:spacing w:val="-2"/>
          <w:w w:val="110"/>
          <w:lang w:val="ru-RU"/>
        </w:rPr>
        <w:t xml:space="preserve">оздоровительной </w:t>
      </w:r>
      <w:r w:rsidRPr="009E7F19">
        <w:rPr>
          <w:w w:val="115"/>
          <w:lang w:val="ru-RU"/>
        </w:rPr>
        <w:t>направленности (при необходимости).</w:t>
      </w:r>
    </w:p>
    <w:p w14:paraId="65E03338" w14:textId="653AE35E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Для приема родители (законные представители) ребенка дополнительно предъявляют свидетельство о рождении ребенка (для родителей (законных представителей) ребенка- граждан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Российской</w:t>
      </w:r>
      <w:r w:rsidRPr="009E7F19">
        <w:rPr>
          <w:lang w:val="ru-RU"/>
        </w:rPr>
        <w:tab/>
      </w:r>
      <w:r w:rsidRPr="009E7F19">
        <w:rPr>
          <w:w w:val="115"/>
          <w:lang w:val="ru-RU"/>
        </w:rPr>
        <w:t>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пребывания,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месте фактического проживания ребенка. Иностранные граждане и лица без гражданства все документы представляют на русском языке или вместе с заверенным переводом на русский язык. Требование</w:t>
      </w:r>
      <w:r w:rsidRPr="009E7F19">
        <w:rPr>
          <w:spacing w:val="-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предоставления</w:t>
      </w:r>
      <w:r w:rsidRPr="009E7F19">
        <w:rPr>
          <w:spacing w:val="-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иных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документов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для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приема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детей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 xml:space="preserve">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части,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не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урегулированной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законодательством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образовании,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не</w:t>
      </w:r>
      <w:r w:rsidRPr="009E7F19">
        <w:rPr>
          <w:spacing w:val="-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допускается.</w:t>
      </w:r>
    </w:p>
    <w:p w14:paraId="6519E10E" w14:textId="73D30B88" w:rsidR="009E7F19" w:rsidRPr="00210C9F" w:rsidRDefault="00210C9F" w:rsidP="009E7F19">
      <w:pPr>
        <w:spacing w:after="0"/>
        <w:jc w:val="both"/>
        <w:rPr>
          <w:lang w:val="ru-RU"/>
        </w:rPr>
      </w:pPr>
      <w:r>
        <w:rPr>
          <w:w w:val="120"/>
          <w:lang w:val="ru-RU"/>
        </w:rPr>
        <w:t xml:space="preserve">3.6. </w:t>
      </w:r>
      <w:r w:rsidR="009E7F19" w:rsidRPr="009E7F19">
        <w:rPr>
          <w:w w:val="120"/>
          <w:lang w:val="ru-RU"/>
        </w:rPr>
        <w:t xml:space="preserve">Для посещения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20"/>
          <w:lang w:val="ru-RU"/>
        </w:rPr>
        <w:t xml:space="preserve">необходимо предъявить медицинскую карту ребенка для образовательных учреждений (форма 026/у), утвержденную </w:t>
      </w:r>
      <w:r w:rsidR="009E7F19" w:rsidRPr="00210C9F">
        <w:rPr>
          <w:w w:val="120"/>
          <w:lang w:val="ru-RU"/>
        </w:rPr>
        <w:t>Приказом Минздрава России от 3 июля 2000 г. № 241.</w:t>
      </w:r>
    </w:p>
    <w:p w14:paraId="2CDBBDA3" w14:textId="72B0A7AB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3.7. </w:t>
      </w:r>
      <w:r w:rsidR="009E7F19" w:rsidRPr="009E7F19">
        <w:rPr>
          <w:w w:val="115"/>
          <w:lang w:val="ru-RU"/>
        </w:rPr>
        <w:t>Родители (законные представители) детей имеют право по своему усмотрению представлять другие документы.</w:t>
      </w:r>
    </w:p>
    <w:p w14:paraId="0506F11B" w14:textId="02A0A9B8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3.8. </w:t>
      </w:r>
      <w:r w:rsidR="009E7F19" w:rsidRPr="009E7F19">
        <w:rPr>
          <w:w w:val="115"/>
          <w:lang w:val="ru-RU"/>
        </w:rPr>
        <w:t xml:space="preserve">Копии предъявляемых при приеме документов хранятся в образовательной </w:t>
      </w:r>
      <w:r w:rsidR="009E7F19" w:rsidRPr="009E7F19">
        <w:rPr>
          <w:spacing w:val="-2"/>
          <w:w w:val="115"/>
          <w:lang w:val="ru-RU"/>
        </w:rPr>
        <w:t>организации.</w:t>
      </w:r>
    </w:p>
    <w:p w14:paraId="765C58F2" w14:textId="0EC39BFF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3.9. </w:t>
      </w:r>
      <w:r w:rsidR="009E7F19" w:rsidRPr="009E7F19">
        <w:rPr>
          <w:w w:val="115"/>
          <w:lang w:val="ru-RU"/>
        </w:rPr>
        <w:t>Лицо,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ответственное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документов,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приеме</w:t>
      </w:r>
      <w:r w:rsidR="009E7F19" w:rsidRPr="009E7F19">
        <w:rPr>
          <w:spacing w:val="-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любых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заявлений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обязано ознакомиться с документом, удостоверяющим личность заявителя,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для установления его личности,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а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также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факта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родственных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отношений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-7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полномочий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законного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представителя.</w:t>
      </w:r>
    </w:p>
    <w:p w14:paraId="4FCD2856" w14:textId="1213FA3D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3.10. </w:t>
      </w:r>
      <w:r w:rsidR="009E7F19" w:rsidRPr="009E7F19">
        <w:rPr>
          <w:w w:val="115"/>
          <w:lang w:val="ru-RU"/>
        </w:rPr>
        <w:t xml:space="preserve">При приеме заявления о приеме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должностное лицо, ответственное за прием документов, знакомит родителей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(законных представителей) с Уставом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9E7F19" w:rsidRPr="009E7F19">
        <w:rPr>
          <w:w w:val="115"/>
          <w:lang w:val="ru-RU"/>
        </w:rPr>
        <w:t xml:space="preserve">, лицензией на право осуществления образовательной деятельности, лицензией на медицинскую деятельность, образовательными программами, реализуемыми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9E7F19" w:rsidRPr="009E7F19">
        <w:rPr>
          <w:w w:val="115"/>
          <w:lang w:val="ru-RU"/>
        </w:rPr>
        <w:t>, учебно-программной документацией, локальными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нормативными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актами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иными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документами,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регламентирующими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организацию и осуществление образовательной деятельности, права и обязанности воспитанников, в том числе с информацией об оплате за содержание ребенка, льготами по оплате, о компенсационных выплатах части родительской платы.</w:t>
      </w:r>
    </w:p>
    <w:p w14:paraId="0C913ECA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Факт ознакомления родителей (законных представителей) ребенка, в том числе через официальный сайт образовательной организации, с указанными документами фиксируется в заявлении</w:t>
      </w:r>
      <w:r w:rsidRPr="009E7F19">
        <w:rPr>
          <w:spacing w:val="-16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приеме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образовательную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организацию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заверяется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личной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подписью</w:t>
      </w:r>
      <w:r w:rsidRPr="009E7F19">
        <w:rPr>
          <w:spacing w:val="-1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родителей (законных представителей) ребенка.</w:t>
      </w:r>
    </w:p>
    <w:p w14:paraId="3B22932A" w14:textId="3C2D0923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lastRenderedPageBreak/>
        <w:t xml:space="preserve">3.11. </w:t>
      </w:r>
      <w:r w:rsidR="009E7F19" w:rsidRPr="009E7F19">
        <w:rPr>
          <w:w w:val="115"/>
          <w:lang w:val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РФ.</w:t>
      </w:r>
    </w:p>
    <w:p w14:paraId="38748C8C" w14:textId="0B0F3722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20"/>
          <w:lang w:val="ru-RU"/>
        </w:rPr>
        <w:t xml:space="preserve">3.12. </w:t>
      </w:r>
      <w:r w:rsidR="009E7F19" w:rsidRPr="009E7F19">
        <w:rPr>
          <w:w w:val="120"/>
          <w:lang w:val="ru-RU"/>
        </w:rPr>
        <w:t xml:space="preserve">Лицо, ответственное за прием документов, осуществляет регистрацию поданных заявлений о приеме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20"/>
          <w:lang w:val="ru-RU"/>
        </w:rPr>
        <w:t>и представленных родителями документов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в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журнале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регистрации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заявлений, о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чем</w:t>
      </w:r>
      <w:r w:rsidR="009E7F19" w:rsidRPr="009E7F19">
        <w:rPr>
          <w:spacing w:val="40"/>
          <w:w w:val="120"/>
          <w:lang w:val="ru-RU"/>
        </w:rPr>
        <w:t xml:space="preserve"> </w:t>
      </w:r>
      <w:r w:rsidR="009E7F19" w:rsidRPr="009E7F19">
        <w:rPr>
          <w:w w:val="120"/>
          <w:lang w:val="ru-RU"/>
        </w:rPr>
        <w:t>родителям</w:t>
      </w:r>
    </w:p>
    <w:p w14:paraId="4E127CD9" w14:textId="306B5478" w:rsidR="009E7F19" w:rsidRPr="00AD4AC8" w:rsidRDefault="009E7F19" w:rsidP="00AD4AC8">
      <w:pPr>
        <w:spacing w:after="0"/>
        <w:jc w:val="both"/>
        <w:rPr>
          <w:lang w:val="ru-RU"/>
        </w:rPr>
      </w:pPr>
      <w:r w:rsidRPr="009E7F19">
        <w:rPr>
          <w:w w:val="120"/>
          <w:lang w:val="ru-RU"/>
        </w:rPr>
        <w:t>(законным</w:t>
      </w:r>
      <w:r w:rsidRPr="009E7F19">
        <w:rPr>
          <w:spacing w:val="-6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представителям)</w:t>
      </w:r>
      <w:r w:rsidRPr="009E7F19">
        <w:rPr>
          <w:spacing w:val="-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выдается</w:t>
      </w:r>
      <w:r w:rsidRPr="009E7F19">
        <w:rPr>
          <w:spacing w:val="-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расписка</w:t>
      </w:r>
      <w:r w:rsidRPr="009E7F19">
        <w:rPr>
          <w:spacing w:val="-5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.</w:t>
      </w:r>
      <w:r w:rsidRPr="009E7F19">
        <w:rPr>
          <w:spacing w:val="-5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В</w:t>
      </w:r>
      <w:r w:rsidRPr="009E7F19">
        <w:rPr>
          <w:spacing w:val="-4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расписке</w:t>
      </w:r>
      <w:r w:rsidRPr="009E7F19">
        <w:rPr>
          <w:spacing w:val="-5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лицо,</w:t>
      </w:r>
      <w:r w:rsidRPr="009E7F19">
        <w:rPr>
          <w:spacing w:val="-5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ответственное</w:t>
      </w:r>
      <w:r w:rsidRPr="009E7F19">
        <w:rPr>
          <w:spacing w:val="-7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за</w:t>
      </w:r>
      <w:r w:rsidRPr="009E7F19">
        <w:rPr>
          <w:spacing w:val="-7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прием документов,</w:t>
      </w:r>
      <w:r w:rsidRPr="009E7F19">
        <w:rPr>
          <w:spacing w:val="28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указывает</w:t>
      </w:r>
      <w:r w:rsidRPr="009E7F19">
        <w:rPr>
          <w:spacing w:val="28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регистрационный</w:t>
      </w:r>
      <w:r w:rsidRPr="009E7F19">
        <w:rPr>
          <w:spacing w:val="29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номер</w:t>
      </w:r>
      <w:r w:rsidRPr="009E7F19">
        <w:rPr>
          <w:spacing w:val="28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заявления</w:t>
      </w:r>
      <w:r w:rsidRPr="009E7F19">
        <w:rPr>
          <w:spacing w:val="29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о</w:t>
      </w:r>
      <w:r w:rsidRPr="009E7F19">
        <w:rPr>
          <w:spacing w:val="40"/>
          <w:w w:val="120"/>
          <w:lang w:val="ru-RU"/>
        </w:rPr>
        <w:t xml:space="preserve"> </w:t>
      </w:r>
      <w:r w:rsidRPr="009E7F19">
        <w:rPr>
          <w:w w:val="120"/>
          <w:lang w:val="ru-RU"/>
        </w:rPr>
        <w:t>приеме</w:t>
      </w:r>
      <w:r w:rsidRPr="009E7F19">
        <w:rPr>
          <w:spacing w:val="31"/>
          <w:w w:val="120"/>
          <w:lang w:val="ru-RU"/>
        </w:rPr>
        <w:t xml:space="preserve">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перечень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представленных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документов.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Иные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 xml:space="preserve">заявления, подаваемые вместе с заявлением о приеме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включаются в перечень</w:t>
      </w:r>
      <w:r w:rsidRPr="009E7F19">
        <w:rPr>
          <w:spacing w:val="-1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представленных</w:t>
      </w:r>
      <w:r w:rsidRPr="009E7F19">
        <w:rPr>
          <w:spacing w:val="-11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документов.</w:t>
      </w:r>
      <w:r w:rsidRPr="009E7F19">
        <w:rPr>
          <w:spacing w:val="-14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Расписка</w:t>
      </w:r>
      <w:r w:rsidRPr="00AD4AC8">
        <w:rPr>
          <w:spacing w:val="-14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заверяется</w:t>
      </w:r>
      <w:r w:rsidRPr="00AD4AC8">
        <w:rPr>
          <w:spacing w:val="-12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подписью</w:t>
      </w:r>
      <w:r w:rsidRPr="00AD4AC8">
        <w:rPr>
          <w:spacing w:val="-11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лица,</w:t>
      </w:r>
      <w:r w:rsidRPr="00AD4AC8">
        <w:rPr>
          <w:spacing w:val="-13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ответственного</w:t>
      </w:r>
      <w:r w:rsidRPr="00AD4AC8">
        <w:rPr>
          <w:spacing w:val="-11"/>
          <w:w w:val="115"/>
          <w:lang w:val="ru-RU"/>
        </w:rPr>
        <w:t xml:space="preserve"> </w:t>
      </w:r>
      <w:r w:rsidRPr="00AD4AC8">
        <w:rPr>
          <w:w w:val="115"/>
          <w:lang w:val="ru-RU"/>
        </w:rPr>
        <w:t>за прием документов.</w:t>
      </w:r>
    </w:p>
    <w:p w14:paraId="7C7128E5" w14:textId="4AE28E03" w:rsidR="009E7F19" w:rsidRPr="00AD4AC8" w:rsidRDefault="00210C9F" w:rsidP="00AD4AC8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3.13. </w:t>
      </w:r>
      <w:r w:rsidR="009E7F19" w:rsidRPr="009E7F19">
        <w:rPr>
          <w:w w:val="115"/>
          <w:lang w:val="ru-RU"/>
        </w:rPr>
        <w:t>В случае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если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момент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подачи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40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>
        <w:rPr>
          <w:w w:val="115"/>
          <w:lang w:val="ru-RU"/>
        </w:rPr>
        <w:t xml:space="preserve">               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предъявлены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не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все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необходимые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документы,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указанные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п.п.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3.5.,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3.6.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настоящего Положения,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10»</w:t>
      </w:r>
      <w:r w:rsidRPr="009E7F19">
        <w:rPr>
          <w:spacing w:val="-9"/>
          <w:w w:val="115"/>
          <w:lang w:val="ru-RU"/>
        </w:rPr>
        <w:t xml:space="preserve"> </w:t>
      </w:r>
      <w:r w:rsidRPr="00AD4AC8">
        <w:rPr>
          <w:spacing w:val="-15"/>
          <w:w w:val="115"/>
          <w:lang w:val="ru-RU"/>
        </w:rPr>
        <w:t>указываются</w:t>
      </w:r>
      <w:r w:rsidR="009E7F19" w:rsidRPr="00AD4AC8">
        <w:rPr>
          <w:spacing w:val="-15"/>
          <w:w w:val="115"/>
          <w:lang w:val="ru-RU"/>
        </w:rPr>
        <w:t xml:space="preserve"> </w:t>
      </w:r>
      <w:r w:rsidR="009E7F19" w:rsidRPr="00AD4AC8">
        <w:rPr>
          <w:w w:val="115"/>
          <w:lang w:val="ru-RU"/>
        </w:rPr>
        <w:t>две</w:t>
      </w:r>
      <w:r w:rsidR="009E7F19" w:rsidRPr="00AD4AC8">
        <w:rPr>
          <w:spacing w:val="-15"/>
          <w:w w:val="115"/>
          <w:lang w:val="ru-RU"/>
        </w:rPr>
        <w:t xml:space="preserve"> </w:t>
      </w:r>
      <w:r w:rsidR="009E7F19" w:rsidRPr="00AD4AC8">
        <w:rPr>
          <w:spacing w:val="-4"/>
          <w:w w:val="115"/>
          <w:lang w:val="ru-RU"/>
        </w:rPr>
        <w:t>даты:</w:t>
      </w:r>
    </w:p>
    <w:p w14:paraId="1C3ACFE1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</w:rPr>
        <w:t>l</w:t>
      </w:r>
      <w:r w:rsidRPr="009E7F19">
        <w:rPr>
          <w:w w:val="115"/>
          <w:lang w:val="ru-RU"/>
        </w:rPr>
        <w:t>-я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-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 xml:space="preserve">дата подачи </w:t>
      </w:r>
      <w:r w:rsidRPr="009E7F19">
        <w:rPr>
          <w:spacing w:val="-2"/>
          <w:w w:val="115"/>
          <w:lang w:val="ru-RU"/>
        </w:rPr>
        <w:t>заявления;</w:t>
      </w:r>
    </w:p>
    <w:p w14:paraId="1745B9CA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t>2-я</w:t>
      </w:r>
      <w:r w:rsidRPr="009E7F19">
        <w:rPr>
          <w:spacing w:val="-9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-</w:t>
      </w:r>
      <w:r w:rsidRPr="009E7F19">
        <w:rPr>
          <w:spacing w:val="-5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дата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представления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всех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необходимых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spacing w:val="-2"/>
          <w:w w:val="115"/>
          <w:lang w:val="ru-RU"/>
        </w:rPr>
        <w:t>документов.</w:t>
      </w:r>
    </w:p>
    <w:p w14:paraId="68F5460F" w14:textId="090D83F6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3.14. </w:t>
      </w:r>
      <w:r w:rsidR="009E7F19" w:rsidRPr="009E7F19">
        <w:rPr>
          <w:w w:val="115"/>
          <w:lang w:val="ru-RU"/>
        </w:rPr>
        <w:t>Отсутствие документа (документов) не может быть основанием для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отказа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 приеме заявления. Однако приказ о зачислении детей в данном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случае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издается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 течение трех рабочих дней после представления всех необходимых документов.</w:t>
      </w:r>
    </w:p>
    <w:p w14:paraId="672C954A" w14:textId="0349A2D1" w:rsidR="009E7F19" w:rsidRPr="00210C9F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3.15. </w:t>
      </w:r>
      <w:r w:rsidR="009E7F19" w:rsidRPr="009E7F19">
        <w:rPr>
          <w:w w:val="115"/>
          <w:lang w:val="ru-RU"/>
        </w:rPr>
        <w:t xml:space="preserve">Заявление и документы для зачисления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должны быть представлены родителями (законными представителями) детей в срок до тридцати календарных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дней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после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присвоения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заявлению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постановке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учет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Системе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статуса</w:t>
      </w:r>
      <w:r>
        <w:rPr>
          <w:w w:val="115"/>
          <w:lang w:val="ru-RU"/>
        </w:rPr>
        <w:t xml:space="preserve"> </w:t>
      </w:r>
      <w:r w:rsidR="009E7F19" w:rsidRPr="00210C9F">
        <w:rPr>
          <w:w w:val="115"/>
          <w:lang w:val="ru-RU"/>
        </w:rPr>
        <w:t>«Направлен</w:t>
      </w:r>
      <w:r w:rsidR="009E7F19" w:rsidRPr="00210C9F">
        <w:rPr>
          <w:spacing w:val="-4"/>
          <w:w w:val="115"/>
          <w:lang w:val="ru-RU"/>
        </w:rPr>
        <w:t xml:space="preserve"> </w:t>
      </w:r>
      <w:r w:rsidR="009E7F19" w:rsidRPr="00210C9F">
        <w:rPr>
          <w:w w:val="115"/>
          <w:lang w:val="ru-RU"/>
        </w:rPr>
        <w:t>в</w:t>
      </w:r>
      <w:r w:rsidR="009E7F19" w:rsidRPr="00210C9F">
        <w:rPr>
          <w:spacing w:val="-7"/>
          <w:w w:val="115"/>
          <w:lang w:val="ru-RU"/>
        </w:rPr>
        <w:t xml:space="preserve"> </w:t>
      </w:r>
      <w:r w:rsidR="009E7F19" w:rsidRPr="00210C9F">
        <w:rPr>
          <w:spacing w:val="-4"/>
          <w:w w:val="115"/>
          <w:lang w:val="ru-RU"/>
        </w:rPr>
        <w:t>ДОУ».</w:t>
      </w:r>
    </w:p>
    <w:p w14:paraId="34683264" w14:textId="03553DA2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3.16. </w:t>
      </w:r>
      <w:r w:rsidR="009E7F19" w:rsidRPr="009E7F19">
        <w:rPr>
          <w:w w:val="115"/>
          <w:lang w:val="ru-RU"/>
        </w:rPr>
        <w:t>Дети,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родители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представители)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которых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представили</w:t>
      </w:r>
      <w:r w:rsidR="009E7F19" w:rsidRPr="009E7F19">
        <w:rPr>
          <w:spacing w:val="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необходимые для приема документы в соответствии с пп. 3.5, 3.6.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наличии свободных мест в соответствующей возрастной группе.</w:t>
      </w:r>
    </w:p>
    <w:p w14:paraId="1C61FF7F" w14:textId="2E21C2E2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3.17. </w:t>
      </w:r>
      <w:r w:rsidR="009E7F19" w:rsidRPr="009E7F19">
        <w:rPr>
          <w:w w:val="115"/>
          <w:lang w:val="ru-RU"/>
        </w:rPr>
        <w:t>С родителями (законными представителями) детей, которые сдали полный комплект документов, предусмотренных настоящими правилами, заключается договор об образовании по образовательным программам дошкольного образования. Договор оформляется в письменной форме в двух экземплярах, один из которых хранится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в личном деле воспитанника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9E7F19" w:rsidRPr="009E7F19">
        <w:rPr>
          <w:w w:val="115"/>
          <w:lang w:val="ru-RU"/>
        </w:rPr>
        <w:t>, другой - у родителей (законных представителей) воспитанника</w:t>
      </w:r>
    </w:p>
    <w:p w14:paraId="76936474" w14:textId="5C5E5E4D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3.18. </w:t>
      </w:r>
      <w:r w:rsidR="009E7F19" w:rsidRPr="009E7F19">
        <w:rPr>
          <w:w w:val="115"/>
          <w:lang w:val="ru-RU"/>
        </w:rPr>
        <w:t xml:space="preserve">Зачисление ребенка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оформляется приказом заведующей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4666B8" w:rsidRPr="009E7F19">
        <w:rPr>
          <w:w w:val="115"/>
          <w:lang w:val="ru-RU"/>
        </w:rPr>
        <w:t>10»</w:t>
      </w:r>
      <w:r w:rsidR="004666B8" w:rsidRPr="009E7F19">
        <w:rPr>
          <w:spacing w:val="-9"/>
          <w:w w:val="115"/>
          <w:lang w:val="ru-RU"/>
        </w:rPr>
        <w:t xml:space="preserve"> </w:t>
      </w:r>
      <w:r w:rsidR="004666B8">
        <w:rPr>
          <w:spacing w:val="-9"/>
          <w:w w:val="115"/>
          <w:lang w:val="ru-RU"/>
        </w:rPr>
        <w:t>в</w:t>
      </w:r>
      <w:r w:rsidR="009E7F19" w:rsidRPr="009E7F19">
        <w:rPr>
          <w:w w:val="115"/>
          <w:lang w:val="ru-RU"/>
        </w:rPr>
        <w:t xml:space="preserve"> течение трех рабочих дней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после заключения </w:t>
      </w:r>
      <w:r w:rsidR="009E7F19" w:rsidRPr="009E7F19">
        <w:rPr>
          <w:spacing w:val="-2"/>
          <w:w w:val="115"/>
          <w:lang w:val="ru-RU"/>
        </w:rPr>
        <w:t>договора.</w:t>
      </w:r>
    </w:p>
    <w:p w14:paraId="0F81B49F" w14:textId="5F3E3432" w:rsidR="009E7F19" w:rsidRPr="009E7F19" w:rsidRDefault="00210C9F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3.19. </w:t>
      </w:r>
      <w:r w:rsidR="009E7F19" w:rsidRPr="009E7F19">
        <w:rPr>
          <w:w w:val="115"/>
          <w:lang w:val="ru-RU"/>
        </w:rPr>
        <w:t>Лицо, ответственное за прием документов, в трехдневный срок после издания приказа о зачислении размещает приказ о зачислении на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информационном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стенде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и лицо, ответственное за сайт обеспечивает размещение на официальном сайте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 в сети «Интернет» выписку из приказа с указанием реквизитов приказа, наименования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возрастной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группы,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числа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детей,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зачисленных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указанную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возрастную</w:t>
      </w:r>
      <w:r w:rsidR="009E7F19" w:rsidRPr="009E7F19">
        <w:rPr>
          <w:spacing w:val="-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группу</w:t>
      </w:r>
      <w:r w:rsidR="009E7F19" w:rsidRPr="009E7F19">
        <w:rPr>
          <w:color w:val="FF0000"/>
          <w:w w:val="115"/>
          <w:lang w:val="ru-RU"/>
        </w:rPr>
        <w:t xml:space="preserve">. </w:t>
      </w:r>
      <w:r w:rsidR="009E7F19" w:rsidRPr="009E7F19">
        <w:rPr>
          <w:w w:val="115"/>
          <w:lang w:val="ru-RU"/>
        </w:rPr>
        <w:t>Срок нахождения выписки из приказа на сайте и на стенде 30 дней.</w:t>
      </w:r>
    </w:p>
    <w:p w14:paraId="20E62FBC" w14:textId="34E9EB39" w:rsidR="00AD4AC8" w:rsidRDefault="00210C9F" w:rsidP="00AD4AC8">
      <w:pPr>
        <w:spacing w:after="0"/>
        <w:jc w:val="both"/>
        <w:rPr>
          <w:spacing w:val="-9"/>
          <w:w w:val="115"/>
          <w:lang w:val="ru-RU"/>
        </w:rPr>
      </w:pPr>
      <w:r>
        <w:rPr>
          <w:w w:val="115"/>
          <w:lang w:val="ru-RU"/>
        </w:rPr>
        <w:t xml:space="preserve">3.20. </w:t>
      </w:r>
      <w:r w:rsidR="009E7F19" w:rsidRPr="009E7F19">
        <w:rPr>
          <w:w w:val="115"/>
          <w:lang w:val="ru-RU"/>
        </w:rPr>
        <w:t>Руководитель или уполномоченное руководителем должностное лицо, вносит учетную запись о зачислении ребенка в книгу движения воспитанников, которая предназначена для регистрации сведений о детях и контроля за движением контингента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детей 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9E7F19" w:rsidRPr="009E7F19">
        <w:rPr>
          <w:w w:val="115"/>
          <w:lang w:val="ru-RU"/>
        </w:rPr>
        <w:t xml:space="preserve">. Книга движения детей нумеруется </w:t>
      </w:r>
      <w:r w:rsidR="009E7F19" w:rsidRPr="009E7F19">
        <w:rPr>
          <w:w w:val="115"/>
          <w:lang w:val="ru-RU"/>
        </w:rPr>
        <w:lastRenderedPageBreak/>
        <w:t>постранично, прошнуровывается,</w:t>
      </w:r>
      <w:r w:rsidR="009E7F19" w:rsidRPr="009E7F19">
        <w:rPr>
          <w:spacing w:val="4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скрепляется</w:t>
      </w:r>
      <w:r w:rsidR="009E7F19" w:rsidRPr="009E7F19">
        <w:rPr>
          <w:spacing w:val="4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подписью</w:t>
      </w:r>
      <w:r w:rsidR="009E7F19" w:rsidRPr="009E7F19">
        <w:rPr>
          <w:spacing w:val="4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заведующей</w:t>
      </w:r>
      <w:r w:rsidR="009E7F19" w:rsidRPr="009E7F19">
        <w:rPr>
          <w:spacing w:val="4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4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печатью</w:t>
      </w:r>
      <w:r w:rsidR="009E7F19" w:rsidRPr="009E7F19">
        <w:rPr>
          <w:spacing w:val="45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>.</w:t>
      </w:r>
    </w:p>
    <w:p w14:paraId="18D756CF" w14:textId="50E4D717" w:rsidR="009E7F19" w:rsidRPr="009E7F19" w:rsidRDefault="00210C9F" w:rsidP="00AD4AC8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3.21. </w:t>
      </w:r>
      <w:r w:rsidR="009E7F19" w:rsidRPr="009E7F19">
        <w:rPr>
          <w:w w:val="115"/>
          <w:lang w:val="ru-RU"/>
        </w:rPr>
        <w:t>На каждого ребенка, зачисленного в детский сад, оформляется личное дело, в котором хранятся все предоставленные родителями (законными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представителями) ребенка документы в соответствии с Положением о порядке формирования, ведения и хранения личных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дел</w:t>
      </w:r>
      <w:r w:rsidR="009E7F19" w:rsidRPr="009E7F19">
        <w:rPr>
          <w:spacing w:val="-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воспитанников</w:t>
      </w:r>
      <w:r w:rsidR="009E7F19" w:rsidRPr="009E7F19">
        <w:rPr>
          <w:spacing w:val="-5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>
        <w:rPr>
          <w:spacing w:val="-9"/>
          <w:w w:val="115"/>
          <w:lang w:val="ru-RU"/>
        </w:rPr>
        <w:t xml:space="preserve">. </w:t>
      </w:r>
      <w:r w:rsidR="009E7F19" w:rsidRPr="009E7F19">
        <w:rPr>
          <w:w w:val="115"/>
          <w:lang w:val="ru-RU"/>
        </w:rPr>
        <w:t>Права</w:t>
      </w:r>
      <w:r w:rsidR="009E7F19" w:rsidRPr="009E7F19">
        <w:rPr>
          <w:spacing w:val="-7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-7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обязанности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воспитанника, предусмотренные законодательством об образовании и локальными нормативными актами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9E7F19" w:rsidRPr="009E7F19">
        <w:rPr>
          <w:w w:val="115"/>
          <w:lang w:val="ru-RU"/>
        </w:rPr>
        <w:t>, возникают</w:t>
      </w:r>
      <w:r w:rsidR="009E7F19" w:rsidRPr="009E7F19">
        <w:rPr>
          <w:spacing w:val="2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</w:t>
      </w:r>
      <w:r w:rsidR="009E7F19" w:rsidRPr="009E7F19">
        <w:rPr>
          <w:spacing w:val="2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лица,</w:t>
      </w:r>
      <w:r w:rsidR="009E7F19" w:rsidRPr="009E7F19">
        <w:rPr>
          <w:spacing w:val="2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принятого</w:t>
      </w:r>
      <w:r w:rsidR="009E7F19" w:rsidRPr="009E7F19">
        <w:rPr>
          <w:spacing w:val="2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</w:t>
      </w:r>
      <w:r w:rsidR="009E7F19" w:rsidRPr="009E7F19">
        <w:rPr>
          <w:spacing w:val="2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обучение,</w:t>
      </w:r>
      <w:r w:rsidR="009E7F19" w:rsidRPr="009E7F19">
        <w:rPr>
          <w:spacing w:val="3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</w:t>
      </w:r>
      <w:r w:rsidR="009E7F19" w:rsidRPr="009E7F19">
        <w:rPr>
          <w:spacing w:val="2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даты,</w:t>
      </w:r>
      <w:r w:rsidR="009E7F19" w:rsidRPr="009E7F19">
        <w:rPr>
          <w:spacing w:val="2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указанной в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приказе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лица на обучение.</w:t>
      </w:r>
    </w:p>
    <w:p w14:paraId="1829FACC" w14:textId="77777777" w:rsidR="009E7F19" w:rsidRPr="009E7F19" w:rsidRDefault="009E7F19" w:rsidP="009E7F19">
      <w:pPr>
        <w:spacing w:after="0"/>
        <w:jc w:val="both"/>
        <w:rPr>
          <w:lang w:val="ru-RU"/>
        </w:rPr>
      </w:pPr>
    </w:p>
    <w:p w14:paraId="6718B3B1" w14:textId="4AD06B91" w:rsidR="009E7F19" w:rsidRPr="004666B8" w:rsidRDefault="004666B8" w:rsidP="009E7F19">
      <w:pPr>
        <w:spacing w:after="0"/>
        <w:jc w:val="both"/>
        <w:rPr>
          <w:b/>
          <w:bCs/>
          <w:lang w:val="ru-RU"/>
        </w:rPr>
      </w:pPr>
      <w:r w:rsidRPr="004666B8">
        <w:rPr>
          <w:b/>
          <w:bCs/>
          <w:lang w:val="ru-RU"/>
        </w:rPr>
        <w:t xml:space="preserve">4. </w:t>
      </w:r>
      <w:r w:rsidR="009E7F19" w:rsidRPr="004666B8">
        <w:rPr>
          <w:b/>
          <w:bCs/>
          <w:w w:val="115"/>
          <w:lang w:val="ru-RU"/>
        </w:rPr>
        <w:t>Особенности</w:t>
      </w:r>
      <w:r w:rsidR="009E7F19" w:rsidRPr="004666B8">
        <w:rPr>
          <w:b/>
          <w:bCs/>
          <w:spacing w:val="-1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зачисления</w:t>
      </w:r>
      <w:r w:rsidR="009E7F19" w:rsidRPr="004666B8">
        <w:rPr>
          <w:b/>
          <w:bCs/>
          <w:spacing w:val="-1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в</w:t>
      </w:r>
      <w:r w:rsidR="009E7F19" w:rsidRPr="004666B8">
        <w:rPr>
          <w:b/>
          <w:bCs/>
          <w:spacing w:val="-14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группы</w:t>
      </w:r>
      <w:r w:rsidR="009E7F19" w:rsidRPr="004666B8">
        <w:rPr>
          <w:b/>
          <w:bCs/>
          <w:spacing w:val="-13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компенсирующей</w:t>
      </w:r>
      <w:r w:rsidR="009E7F19" w:rsidRPr="004666B8">
        <w:rPr>
          <w:b/>
          <w:bCs/>
          <w:spacing w:val="-13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направленности</w:t>
      </w:r>
      <w:r w:rsidR="009E7F19" w:rsidRPr="004666B8">
        <w:rPr>
          <w:b/>
          <w:bCs/>
          <w:spacing w:val="-1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на обучение по адаптированным образовательным программам</w:t>
      </w:r>
      <w:r>
        <w:rPr>
          <w:b/>
          <w:bCs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дошкольного</w:t>
      </w:r>
      <w:r w:rsidR="009E7F19" w:rsidRPr="004666B8">
        <w:rPr>
          <w:b/>
          <w:bCs/>
          <w:spacing w:val="29"/>
          <w:w w:val="115"/>
          <w:lang w:val="ru-RU"/>
        </w:rPr>
        <w:t xml:space="preserve"> </w:t>
      </w:r>
      <w:r w:rsidR="009E7F19" w:rsidRPr="004666B8">
        <w:rPr>
          <w:b/>
          <w:bCs/>
          <w:spacing w:val="-2"/>
          <w:w w:val="115"/>
          <w:lang w:val="ru-RU"/>
        </w:rPr>
        <w:t>образования.</w:t>
      </w:r>
    </w:p>
    <w:p w14:paraId="4E4EEFE2" w14:textId="55D4AB78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spacing w:val="-2"/>
          <w:w w:val="115"/>
          <w:lang w:val="ru-RU"/>
        </w:rPr>
        <w:t xml:space="preserve">4.1. </w:t>
      </w:r>
      <w:r w:rsidR="009E7F19" w:rsidRPr="009E7F19">
        <w:rPr>
          <w:spacing w:val="-2"/>
          <w:w w:val="115"/>
          <w:lang w:val="ru-RU"/>
        </w:rPr>
        <w:t>Основанием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для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приема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заявления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родителей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(законных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представителей)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>ребенка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spacing w:val="-2"/>
          <w:w w:val="115"/>
          <w:lang w:val="ru-RU"/>
        </w:rPr>
        <w:t xml:space="preserve">в </w:t>
      </w:r>
      <w:r w:rsidR="009E7F19" w:rsidRPr="009E7F19">
        <w:rPr>
          <w:w w:val="115"/>
          <w:lang w:val="ru-RU"/>
        </w:rPr>
        <w:t>группу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компенсирующей</w:t>
      </w:r>
      <w:r w:rsidR="009E7F19" w:rsidRPr="009E7F19">
        <w:rPr>
          <w:spacing w:val="-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направленности</w:t>
      </w:r>
      <w:r w:rsidR="009E7F19" w:rsidRPr="009E7F19">
        <w:rPr>
          <w:spacing w:val="-5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является</w:t>
      </w:r>
      <w:r w:rsidR="009E7F19" w:rsidRPr="009E7F19">
        <w:rPr>
          <w:spacing w:val="-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электронное направление и протокол отдела управления образования ИКМО г.Казани по Авиастроительному и Ново-Савиновскому району (без включения бумажного варианта направления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личное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дело</w:t>
      </w:r>
      <w:r w:rsidR="009E7F19" w:rsidRPr="009E7F19">
        <w:rPr>
          <w:spacing w:val="6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воспитанника),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личному</w:t>
      </w:r>
      <w:r w:rsidR="009E7F19" w:rsidRPr="009E7F19">
        <w:rPr>
          <w:spacing w:val="6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заявлению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родителей</w:t>
      </w:r>
      <w:r w:rsidR="009E7F19" w:rsidRPr="009E7F19">
        <w:rPr>
          <w:spacing w:val="7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>
        <w:rPr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представителей)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ребенка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предъявлении</w:t>
      </w:r>
      <w:r w:rsidR="009E7F19" w:rsidRPr="009E7F19">
        <w:rPr>
          <w:spacing w:val="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оригинала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документа,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удостоверяющего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личность родителей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представителей),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либо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оригинала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документа,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удостоверяющего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личность иностранного гражданина и лица без гражданства в РФ в соответствии с законодательством </w:t>
      </w:r>
      <w:r w:rsidR="009E7F19" w:rsidRPr="009E7F19">
        <w:rPr>
          <w:spacing w:val="-4"/>
          <w:w w:val="115"/>
          <w:lang w:val="ru-RU"/>
        </w:rPr>
        <w:t>РФ.</w:t>
      </w:r>
    </w:p>
    <w:p w14:paraId="45559940" w14:textId="37D57F15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4.2. </w:t>
      </w:r>
      <w:r w:rsidR="009E7F19" w:rsidRPr="009E7F19">
        <w:rPr>
          <w:w w:val="115"/>
          <w:lang w:val="ru-RU"/>
        </w:rPr>
        <w:t>В группы компенсирующей направленности принимаются дети с сохранным интеллектом и слухом, имеющие речевые нарушения. Зачисление детей в группы компенсирующей направленности осуществляется на основании следующих документов, указанных в пп. 3.5, 3.6 настоящего Положения, а также на основании Протокола психолого- медико-педагогической комиссии.</w:t>
      </w:r>
    </w:p>
    <w:p w14:paraId="7FE51885" w14:textId="77777777" w:rsidR="009E7F19" w:rsidRPr="009E7F19" w:rsidRDefault="009E7F19" w:rsidP="009E7F19">
      <w:pPr>
        <w:spacing w:after="0"/>
        <w:jc w:val="both"/>
        <w:rPr>
          <w:lang w:val="ru-RU"/>
        </w:rPr>
      </w:pPr>
    </w:p>
    <w:p w14:paraId="4BF81109" w14:textId="0BE1150C" w:rsidR="009E7F19" w:rsidRPr="004666B8" w:rsidRDefault="004666B8" w:rsidP="009E7F19">
      <w:pPr>
        <w:spacing w:after="0"/>
        <w:jc w:val="both"/>
        <w:rPr>
          <w:b/>
          <w:bCs/>
          <w:lang w:val="ru-RU"/>
        </w:rPr>
      </w:pPr>
      <w:r w:rsidRPr="004666B8">
        <w:rPr>
          <w:b/>
          <w:bCs/>
          <w:w w:val="115"/>
          <w:lang w:val="ru-RU"/>
        </w:rPr>
        <w:t xml:space="preserve">5. </w:t>
      </w:r>
      <w:r w:rsidR="009E7F19" w:rsidRPr="004666B8">
        <w:rPr>
          <w:b/>
          <w:bCs/>
          <w:w w:val="115"/>
          <w:lang w:val="ru-RU"/>
        </w:rPr>
        <w:t>Особенности зачисления на обучение по основным образовательным программам дошкольного образования в порядке перевода из другой</w:t>
      </w:r>
      <w:r w:rsidR="009E7F19" w:rsidRPr="004666B8">
        <w:rPr>
          <w:b/>
          <w:bCs/>
          <w:spacing w:val="40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образовательной</w:t>
      </w:r>
      <w:r w:rsidRPr="004666B8">
        <w:rPr>
          <w:b/>
          <w:bCs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организации</w:t>
      </w:r>
      <w:r w:rsidR="009E7F19" w:rsidRPr="004666B8">
        <w:rPr>
          <w:b/>
          <w:bCs/>
          <w:spacing w:val="5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по</w:t>
      </w:r>
      <w:r w:rsidR="009E7F19" w:rsidRPr="004666B8">
        <w:rPr>
          <w:b/>
          <w:bCs/>
          <w:spacing w:val="4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решению</w:t>
      </w:r>
      <w:r w:rsidR="009E7F19" w:rsidRPr="004666B8">
        <w:rPr>
          <w:b/>
          <w:bCs/>
          <w:spacing w:val="5"/>
          <w:w w:val="115"/>
          <w:lang w:val="ru-RU"/>
        </w:rPr>
        <w:t xml:space="preserve"> </w:t>
      </w:r>
      <w:r w:rsidR="009E7F19" w:rsidRPr="004666B8">
        <w:rPr>
          <w:b/>
          <w:bCs/>
          <w:spacing w:val="-2"/>
          <w:w w:val="115"/>
          <w:lang w:val="ru-RU"/>
        </w:rPr>
        <w:t>Учредителя.</w:t>
      </w:r>
    </w:p>
    <w:p w14:paraId="06B263EF" w14:textId="6AF05FCA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5.1. </w:t>
      </w:r>
      <w:r w:rsidR="009E7F19" w:rsidRPr="009E7F19">
        <w:rPr>
          <w:w w:val="115"/>
          <w:lang w:val="ru-RU"/>
        </w:rPr>
        <w:t>Прием детей на обучение по образовательным программам дошкольного образования в порядке перевода из другой организации по решению учредителя осуществляется в порядке и на условиях, установленных законодательством.</w:t>
      </w:r>
    </w:p>
    <w:p w14:paraId="04B07D41" w14:textId="14576201" w:rsidR="009E7F19" w:rsidRPr="004666B8" w:rsidRDefault="004666B8" w:rsidP="009E7F19">
      <w:pPr>
        <w:spacing w:after="0"/>
        <w:jc w:val="both"/>
        <w:rPr>
          <w:lang w:val="ru-RU"/>
        </w:rPr>
      </w:pPr>
      <w:r>
        <w:rPr>
          <w:w w:val="120"/>
          <w:lang w:val="ru-RU"/>
        </w:rPr>
        <w:t xml:space="preserve">5.2. </w:t>
      </w:r>
      <w:r w:rsidR="009E7F19" w:rsidRPr="009E7F19">
        <w:rPr>
          <w:w w:val="120"/>
          <w:lang w:val="ru-RU"/>
        </w:rPr>
        <w:t xml:space="preserve">Прием осуществляется на основании документов, представленных исходной организацией: списочного состава обучающихся, письменных согласий (заявлений) родителей (законных представителей), личных дел. </w:t>
      </w:r>
      <w:r w:rsidR="009E7F19" w:rsidRPr="004666B8">
        <w:rPr>
          <w:w w:val="120"/>
          <w:lang w:val="ru-RU"/>
        </w:rPr>
        <w:t xml:space="preserve">Форма заявления утверждается </w:t>
      </w:r>
      <w:r w:rsidRPr="004666B8">
        <w:rPr>
          <w:w w:val="120"/>
          <w:lang w:val="ru-RU"/>
        </w:rPr>
        <w:t>заведующей.</w:t>
      </w:r>
    </w:p>
    <w:p w14:paraId="01C1C749" w14:textId="5202B8D7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5.3. </w:t>
      </w:r>
      <w:r w:rsidR="009E7F19" w:rsidRPr="009E7F19">
        <w:rPr>
          <w:w w:val="115"/>
          <w:lang w:val="ru-RU"/>
        </w:rPr>
        <w:t>Лицо, ответственное за прием документов, принимает от исходной организации личные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дела</w:t>
      </w:r>
      <w:r w:rsidR="009E7F19" w:rsidRPr="009E7F19">
        <w:rPr>
          <w:spacing w:val="-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письменные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согласия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родителей</w:t>
      </w:r>
      <w:r w:rsidR="009E7F19" w:rsidRPr="009E7F19">
        <w:rPr>
          <w:spacing w:val="-1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 w:rsidR="009E7F19" w:rsidRPr="009E7F19">
        <w:rPr>
          <w:spacing w:val="-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представителей)</w:t>
      </w:r>
      <w:r w:rsidR="009E7F19" w:rsidRPr="009E7F19">
        <w:rPr>
          <w:spacing w:val="3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4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соответствии</w:t>
      </w:r>
      <w:r w:rsidR="009E7F19" w:rsidRPr="009E7F19">
        <w:rPr>
          <w:spacing w:val="-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со списочным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составом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обучающихся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акту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приема-передачи.</w:t>
      </w:r>
      <w:r w:rsidR="009E7F19" w:rsidRPr="009E7F19">
        <w:rPr>
          <w:spacing w:val="27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приеме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каждое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личное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дело проверяется на наличие документов, обязательных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для приема на обучение по образовательным программам дошкольного образования.</w:t>
      </w:r>
    </w:p>
    <w:p w14:paraId="0206F67E" w14:textId="7849E2B4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5.4.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случае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отсутствия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личном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деле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документов,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которые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предусмотрены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порядком приема на обучение по образовательным программам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дошкольного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образования, согласий родителей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представителей)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или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отсутствия</w:t>
      </w:r>
      <w:r w:rsidR="009E7F19" w:rsidRPr="009E7F19">
        <w:rPr>
          <w:spacing w:val="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сведений</w:t>
      </w:r>
      <w:r w:rsidR="009E7F19" w:rsidRPr="009E7F19">
        <w:rPr>
          <w:spacing w:val="2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обучающемся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списочном составе лицо, ответственное за прием документов, делает соответствующую отметку в акте </w:t>
      </w:r>
      <w:r w:rsidR="009E7F19" w:rsidRPr="009E7F19">
        <w:rPr>
          <w:spacing w:val="-2"/>
          <w:w w:val="115"/>
          <w:lang w:val="ru-RU"/>
        </w:rPr>
        <w:t>приема-передачи.</w:t>
      </w:r>
    </w:p>
    <w:p w14:paraId="602AF160" w14:textId="77777777" w:rsidR="009E7F19" w:rsidRPr="009E7F19" w:rsidRDefault="009E7F19" w:rsidP="009E7F19">
      <w:pPr>
        <w:spacing w:after="0"/>
        <w:jc w:val="both"/>
        <w:rPr>
          <w:lang w:val="ru-RU"/>
        </w:rPr>
      </w:pPr>
      <w:r w:rsidRPr="009E7F19">
        <w:rPr>
          <w:w w:val="115"/>
          <w:lang w:val="ru-RU"/>
        </w:rPr>
        <w:lastRenderedPageBreak/>
        <w:t>Лицо,</w:t>
      </w:r>
      <w:r w:rsidRPr="009E7F19">
        <w:rPr>
          <w:spacing w:val="40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ответственное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за</w:t>
      </w:r>
      <w:r w:rsidRPr="009E7F19">
        <w:rPr>
          <w:spacing w:val="-4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прием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документов,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готовит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сопроводительное</w:t>
      </w:r>
      <w:r w:rsidRPr="009E7F19">
        <w:rPr>
          <w:spacing w:val="-2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письмо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к акту</w:t>
      </w:r>
      <w:r w:rsidRPr="009E7F19">
        <w:rPr>
          <w:spacing w:val="-3"/>
          <w:w w:val="115"/>
          <w:lang w:val="ru-RU"/>
        </w:rPr>
        <w:t xml:space="preserve"> </w:t>
      </w:r>
      <w:r w:rsidRPr="009E7F19">
        <w:rPr>
          <w:w w:val="115"/>
          <w:lang w:val="ru-RU"/>
        </w:rPr>
        <w:t>приема- передачи личных дел с перечнем недостающие информации, документов и передает его на подпись заведующей.</w:t>
      </w:r>
    </w:p>
    <w:p w14:paraId="6A7AEA27" w14:textId="77777777" w:rsidR="009E7F19" w:rsidRPr="009E7F19" w:rsidRDefault="009E7F19" w:rsidP="009E7F19">
      <w:pPr>
        <w:spacing w:after="0"/>
        <w:jc w:val="both"/>
        <w:rPr>
          <w:lang w:val="ru-RU"/>
        </w:rPr>
      </w:pPr>
    </w:p>
    <w:p w14:paraId="0875BD27" w14:textId="1342A1D0" w:rsidR="009E7F19" w:rsidRPr="004666B8" w:rsidRDefault="004666B8" w:rsidP="009E7F19">
      <w:pPr>
        <w:spacing w:after="0"/>
        <w:jc w:val="both"/>
        <w:rPr>
          <w:b/>
          <w:bCs/>
          <w:lang w:val="ru-RU"/>
        </w:rPr>
      </w:pPr>
      <w:r w:rsidRPr="004666B8">
        <w:rPr>
          <w:b/>
          <w:bCs/>
          <w:w w:val="115"/>
          <w:lang w:val="ru-RU"/>
        </w:rPr>
        <w:t xml:space="preserve">6. </w:t>
      </w:r>
      <w:r w:rsidR="009E7F19" w:rsidRPr="004666B8">
        <w:rPr>
          <w:b/>
          <w:bCs/>
          <w:w w:val="115"/>
          <w:lang w:val="ru-RU"/>
        </w:rPr>
        <w:t>Прием</w:t>
      </w:r>
      <w:r w:rsidR="009E7F19" w:rsidRPr="004666B8">
        <w:rPr>
          <w:b/>
          <w:bCs/>
          <w:spacing w:val="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на</w:t>
      </w:r>
      <w:r w:rsidR="009E7F19" w:rsidRPr="004666B8">
        <w:rPr>
          <w:b/>
          <w:bCs/>
          <w:spacing w:val="1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обучение</w:t>
      </w:r>
      <w:r w:rsidR="009E7F19" w:rsidRPr="004666B8">
        <w:rPr>
          <w:b/>
          <w:bCs/>
          <w:spacing w:val="1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по</w:t>
      </w:r>
      <w:r w:rsidR="009E7F19" w:rsidRPr="004666B8">
        <w:rPr>
          <w:b/>
          <w:bCs/>
          <w:spacing w:val="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дополнительным</w:t>
      </w:r>
      <w:r w:rsidR="009E7F19" w:rsidRPr="004666B8">
        <w:rPr>
          <w:b/>
          <w:bCs/>
          <w:spacing w:val="2"/>
          <w:w w:val="115"/>
          <w:lang w:val="ru-RU"/>
        </w:rPr>
        <w:t xml:space="preserve"> </w:t>
      </w:r>
      <w:r w:rsidR="009E7F19" w:rsidRPr="004666B8">
        <w:rPr>
          <w:b/>
          <w:bCs/>
          <w:w w:val="115"/>
          <w:lang w:val="ru-RU"/>
        </w:rPr>
        <w:t>общеразвивающим</w:t>
      </w:r>
      <w:r w:rsidR="009E7F19" w:rsidRPr="004666B8">
        <w:rPr>
          <w:b/>
          <w:bCs/>
          <w:spacing w:val="4"/>
          <w:w w:val="115"/>
          <w:lang w:val="ru-RU"/>
        </w:rPr>
        <w:t xml:space="preserve"> </w:t>
      </w:r>
      <w:r w:rsidR="009E7F19" w:rsidRPr="004666B8">
        <w:rPr>
          <w:b/>
          <w:bCs/>
          <w:spacing w:val="-2"/>
          <w:w w:val="115"/>
          <w:lang w:val="ru-RU"/>
        </w:rPr>
        <w:t>программам.</w:t>
      </w:r>
    </w:p>
    <w:p w14:paraId="27E6329F" w14:textId="6FC80701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6.1. </w:t>
      </w:r>
      <w:r w:rsidR="009E7F19" w:rsidRPr="009E7F19">
        <w:rPr>
          <w:w w:val="115"/>
          <w:lang w:val="ru-RU"/>
        </w:rPr>
        <w:t>На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обучение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дополнительным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общеразвивающим</w:t>
      </w:r>
      <w:r w:rsidR="009E7F19" w:rsidRPr="009E7F19">
        <w:rPr>
          <w:spacing w:val="-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программам,</w:t>
      </w:r>
      <w:r w:rsidR="009E7F19" w:rsidRPr="009E7F19">
        <w:rPr>
          <w:spacing w:val="-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реализуемым</w:t>
      </w:r>
      <w:r w:rsidR="009E7F19" w:rsidRPr="009E7F19">
        <w:rPr>
          <w:spacing w:val="-7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в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в соответствии с лицензией, принимаются воспитанники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 основании свободного выбора родителей (законных представителей) ребенка.</w:t>
      </w:r>
    </w:p>
    <w:p w14:paraId="4530D31B" w14:textId="3F508FCE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6.2. </w:t>
      </w:r>
      <w:r w:rsidR="009E7F19" w:rsidRPr="009E7F19">
        <w:rPr>
          <w:w w:val="115"/>
          <w:lang w:val="ru-RU"/>
        </w:rPr>
        <w:t>Количество мест на обучение по дополнительным общеразвивающим программам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счет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средств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физических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</w:t>
      </w:r>
      <w:r w:rsidR="009E7F19" w:rsidRPr="009E7F19">
        <w:rPr>
          <w:spacing w:val="-11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(или)</w:t>
      </w:r>
      <w:r w:rsidR="009E7F19" w:rsidRPr="009E7F19">
        <w:rPr>
          <w:spacing w:val="-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юридических</w:t>
      </w:r>
      <w:r w:rsidR="009E7F19" w:rsidRPr="009E7F19">
        <w:rPr>
          <w:spacing w:val="-1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лиц</w:t>
      </w:r>
      <w:r w:rsidR="009E7F19" w:rsidRPr="009E7F19">
        <w:rPr>
          <w:spacing w:val="38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</w:t>
      </w:r>
      <w:r w:rsidR="009E7F19" w:rsidRPr="009E7F19">
        <w:rPr>
          <w:spacing w:val="3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договорам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</w:t>
      </w:r>
      <w:r w:rsidR="009E7F19" w:rsidRPr="009E7F19">
        <w:rPr>
          <w:spacing w:val="3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оказании платных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образовательных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услуг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устанавливается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исходя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из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возможностей </w:t>
      </w:r>
      <w:r w:rsidR="00AD4AC8" w:rsidRPr="009E7F19">
        <w:rPr>
          <w:w w:val="115"/>
          <w:lang w:val="ru-RU"/>
        </w:rPr>
        <w:t>МАДОУ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«Детский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сад</w:t>
      </w:r>
      <w:r w:rsidR="00AD4AC8" w:rsidRPr="009E7F19">
        <w:rPr>
          <w:spacing w:val="-11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№</w:t>
      </w:r>
      <w:r w:rsidR="00AD4AC8" w:rsidRPr="009E7F19">
        <w:rPr>
          <w:spacing w:val="-12"/>
          <w:w w:val="115"/>
          <w:lang w:val="ru-RU"/>
        </w:rPr>
        <w:t xml:space="preserve"> </w:t>
      </w:r>
      <w:r w:rsidR="00AD4AC8" w:rsidRPr="009E7F19">
        <w:rPr>
          <w:w w:val="115"/>
          <w:lang w:val="ru-RU"/>
        </w:rPr>
        <w:t>10»</w:t>
      </w:r>
      <w:r w:rsidR="00AD4AC8" w:rsidRPr="009E7F19">
        <w:rPr>
          <w:spacing w:val="-9"/>
          <w:w w:val="115"/>
          <w:lang w:val="ru-RU"/>
        </w:rPr>
        <w:t xml:space="preserve"> </w:t>
      </w:r>
      <w:r w:rsidR="00AD4AC8">
        <w:rPr>
          <w:spacing w:val="-9"/>
          <w:w w:val="115"/>
          <w:lang w:val="ru-RU"/>
        </w:rPr>
        <w:t xml:space="preserve">, </w:t>
      </w:r>
      <w:r w:rsidR="009E7F19" w:rsidRPr="009E7F19">
        <w:rPr>
          <w:w w:val="115"/>
          <w:lang w:val="ru-RU"/>
        </w:rPr>
        <w:t>приказом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заведующей</w:t>
      </w:r>
      <w:r w:rsidR="009E7F19" w:rsidRPr="009E7F19">
        <w:rPr>
          <w:spacing w:val="-11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не</w:t>
      </w:r>
      <w:r w:rsidR="009E7F19" w:rsidRPr="009E7F19">
        <w:rPr>
          <w:spacing w:val="-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позднее</w:t>
      </w:r>
      <w:r w:rsidR="009E7F19" w:rsidRPr="009E7F19">
        <w:rPr>
          <w:spacing w:val="-11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чем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</w:t>
      </w:r>
      <w:r w:rsidR="009E7F19" w:rsidRPr="009E7F19">
        <w:rPr>
          <w:spacing w:val="-11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30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календарных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дней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до начала приема документов.</w:t>
      </w:r>
    </w:p>
    <w:p w14:paraId="7D1F8860" w14:textId="7908D45F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6.3. </w:t>
      </w:r>
      <w:r w:rsidR="009E7F19" w:rsidRPr="009E7F19">
        <w:rPr>
          <w:w w:val="115"/>
          <w:lang w:val="ru-RU"/>
        </w:rPr>
        <w:t>Прием воспитанников на обучение дополнительным общеразвивающим программам осуществляется без вступительных испытаний,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без</w:t>
      </w:r>
      <w:r w:rsidR="009E7F19" w:rsidRPr="009E7F19">
        <w:rPr>
          <w:spacing w:val="4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предъявления требований к уровню образования.</w:t>
      </w:r>
    </w:p>
    <w:p w14:paraId="3DBFB559" w14:textId="02110D43" w:rsidR="009E7F19" w:rsidRPr="004666B8" w:rsidRDefault="004666B8" w:rsidP="009E7F19">
      <w:pPr>
        <w:spacing w:after="0"/>
        <w:jc w:val="both"/>
        <w:rPr>
          <w:lang w:val="ru-RU"/>
        </w:rPr>
      </w:pPr>
      <w:r>
        <w:rPr>
          <w:spacing w:val="-2"/>
          <w:w w:val="115"/>
          <w:lang w:val="ru-RU"/>
        </w:rPr>
        <w:t xml:space="preserve">6.4. </w:t>
      </w:r>
      <w:r w:rsidR="009E7F19" w:rsidRPr="009E7F19">
        <w:rPr>
          <w:spacing w:val="-2"/>
          <w:w w:val="115"/>
          <w:lang w:val="ru-RU"/>
        </w:rPr>
        <w:t>Прием</w:t>
      </w:r>
      <w:r w:rsidR="009E7F19" w:rsidRPr="009E7F19">
        <w:rPr>
          <w:lang w:val="ru-RU"/>
        </w:rPr>
        <w:tab/>
      </w:r>
      <w:r w:rsidR="009E7F19" w:rsidRPr="009E7F19">
        <w:rPr>
          <w:spacing w:val="-2"/>
          <w:w w:val="115"/>
          <w:lang w:val="ru-RU"/>
        </w:rPr>
        <w:t>воспитанников</w:t>
      </w:r>
      <w:r w:rsidR="009E7F19" w:rsidRPr="009E7F19">
        <w:rPr>
          <w:lang w:val="ru-RU"/>
        </w:rPr>
        <w:tab/>
      </w:r>
      <w:r w:rsidR="009E7F19" w:rsidRPr="009E7F19">
        <w:rPr>
          <w:spacing w:val="-6"/>
          <w:w w:val="115"/>
          <w:lang w:val="ru-RU"/>
        </w:rPr>
        <w:t>на</w:t>
      </w:r>
      <w:r w:rsidR="009E7F19" w:rsidRPr="009E7F19">
        <w:rPr>
          <w:lang w:val="ru-RU"/>
        </w:rPr>
        <w:tab/>
      </w:r>
      <w:r w:rsidR="009E7F19" w:rsidRPr="009E7F19">
        <w:rPr>
          <w:spacing w:val="-2"/>
          <w:w w:val="115"/>
          <w:lang w:val="ru-RU"/>
        </w:rPr>
        <w:t>обучение</w:t>
      </w:r>
      <w:r w:rsidR="009E7F19" w:rsidRPr="009E7F19">
        <w:rPr>
          <w:lang w:val="ru-RU"/>
        </w:rPr>
        <w:tab/>
      </w:r>
      <w:r w:rsidR="009E7F19" w:rsidRPr="009E7F19">
        <w:rPr>
          <w:spacing w:val="-2"/>
          <w:w w:val="115"/>
          <w:lang w:val="ru-RU"/>
        </w:rPr>
        <w:t>дополнительным</w:t>
      </w:r>
      <w:r w:rsidR="009E7F19" w:rsidRPr="009E7F19">
        <w:rPr>
          <w:lang w:val="ru-RU"/>
        </w:rPr>
        <w:tab/>
      </w:r>
      <w:r w:rsidR="009E7F19" w:rsidRPr="009E7F19">
        <w:rPr>
          <w:spacing w:val="-2"/>
          <w:w w:val="110"/>
          <w:lang w:val="ru-RU"/>
        </w:rPr>
        <w:t xml:space="preserve">общеразвивающим </w:t>
      </w:r>
      <w:r w:rsidR="009E7F19" w:rsidRPr="009E7F19">
        <w:rPr>
          <w:w w:val="115"/>
          <w:lang w:val="ru-RU"/>
        </w:rPr>
        <w:t>программам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осуществляется</w:t>
      </w:r>
      <w:r w:rsidR="009E7F19" w:rsidRPr="009E7F19">
        <w:rPr>
          <w:spacing w:val="-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на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основании</w:t>
      </w:r>
      <w:r w:rsidR="009E7F19" w:rsidRPr="009E7F19">
        <w:rPr>
          <w:spacing w:val="-15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заявления</w:t>
      </w:r>
      <w:r w:rsidR="009E7F19" w:rsidRPr="009E7F19">
        <w:rPr>
          <w:spacing w:val="-1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их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родителей</w:t>
      </w:r>
      <w:r w:rsidR="009E7F19" w:rsidRPr="009E7F19">
        <w:rPr>
          <w:spacing w:val="-1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 w:rsidR="009E7F19" w:rsidRPr="009E7F19">
        <w:rPr>
          <w:spacing w:val="-16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представителей. </w:t>
      </w:r>
      <w:r w:rsidRPr="004666B8">
        <w:rPr>
          <w:w w:val="115"/>
          <w:lang w:val="ru-RU"/>
        </w:rPr>
        <w:t>Форма</w:t>
      </w:r>
      <w:r>
        <w:rPr>
          <w:w w:val="115"/>
          <w:lang w:val="ru-RU"/>
        </w:rPr>
        <w:t xml:space="preserve"> </w:t>
      </w:r>
      <w:r w:rsidRPr="004666B8">
        <w:rPr>
          <w:w w:val="115"/>
          <w:lang w:val="ru-RU"/>
        </w:rPr>
        <w:t>заявления</w:t>
      </w:r>
      <w:r w:rsidR="009E7F19" w:rsidRPr="004666B8">
        <w:rPr>
          <w:w w:val="115"/>
          <w:lang w:val="ru-RU"/>
        </w:rPr>
        <w:t xml:space="preserve"> утверждается заведующим детским садом.</w:t>
      </w:r>
    </w:p>
    <w:p w14:paraId="7E9CF583" w14:textId="06985A56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15"/>
          <w:lang w:val="ru-RU"/>
        </w:rPr>
        <w:t xml:space="preserve">6.5. </w:t>
      </w:r>
      <w:r w:rsidR="009E7F19" w:rsidRPr="009E7F19">
        <w:rPr>
          <w:w w:val="115"/>
          <w:lang w:val="ru-RU"/>
        </w:rPr>
        <w:t>В</w:t>
      </w:r>
      <w:r w:rsidR="009E7F19" w:rsidRPr="009E7F19">
        <w:rPr>
          <w:spacing w:val="7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заявлении</w:t>
      </w:r>
      <w:r w:rsidR="009E7F19" w:rsidRPr="009E7F19">
        <w:rPr>
          <w:spacing w:val="73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родителей</w:t>
      </w:r>
      <w:r w:rsidR="009E7F19" w:rsidRPr="009E7F19">
        <w:rPr>
          <w:spacing w:val="7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(законных</w:t>
      </w:r>
      <w:r w:rsidR="009E7F19" w:rsidRPr="009E7F19">
        <w:rPr>
          <w:spacing w:val="69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представителей)</w:t>
      </w:r>
      <w:r w:rsidR="009E7F19" w:rsidRPr="009E7F19">
        <w:rPr>
          <w:spacing w:val="72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>указываются</w:t>
      </w:r>
      <w:r w:rsidR="009E7F19" w:rsidRPr="009E7F19">
        <w:rPr>
          <w:spacing w:val="70"/>
          <w:w w:val="115"/>
          <w:lang w:val="ru-RU"/>
        </w:rPr>
        <w:t xml:space="preserve"> </w:t>
      </w:r>
      <w:r w:rsidR="009E7F19" w:rsidRPr="009E7F19">
        <w:rPr>
          <w:w w:val="115"/>
          <w:lang w:val="ru-RU"/>
        </w:rPr>
        <w:t xml:space="preserve">следующие </w:t>
      </w:r>
      <w:r w:rsidR="009E7F19" w:rsidRPr="009E7F19">
        <w:rPr>
          <w:spacing w:val="-2"/>
          <w:w w:val="115"/>
          <w:lang w:val="ru-RU"/>
        </w:rPr>
        <w:t>сведения:</w:t>
      </w:r>
    </w:p>
    <w:p w14:paraId="5090BACB" w14:textId="63367BD5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>-</w:t>
      </w:r>
      <w:r w:rsidR="009E7F19" w:rsidRPr="009E7F19">
        <w:rPr>
          <w:w w:val="105"/>
          <w:lang w:val="ru-RU"/>
        </w:rPr>
        <w:t>фамилия,</w:t>
      </w:r>
      <w:r w:rsidR="009E7F19" w:rsidRPr="009E7F19">
        <w:rPr>
          <w:spacing w:val="6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имя,</w:t>
      </w:r>
      <w:r w:rsidR="009E7F19" w:rsidRPr="009E7F19">
        <w:rPr>
          <w:spacing w:val="5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отчество</w:t>
      </w:r>
      <w:r w:rsidR="009E7F19" w:rsidRPr="009E7F19">
        <w:rPr>
          <w:spacing w:val="7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(последнее</w:t>
      </w:r>
      <w:r w:rsidR="009E7F19" w:rsidRPr="009E7F19">
        <w:rPr>
          <w:spacing w:val="7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-</w:t>
      </w:r>
      <w:r w:rsidR="009E7F19" w:rsidRPr="009E7F19">
        <w:rPr>
          <w:spacing w:val="5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при</w:t>
      </w:r>
      <w:r w:rsidR="009E7F19" w:rsidRPr="009E7F19">
        <w:rPr>
          <w:spacing w:val="5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наличии)</w:t>
      </w:r>
      <w:r w:rsidR="009E7F19" w:rsidRPr="009E7F19">
        <w:rPr>
          <w:spacing w:val="7"/>
          <w:w w:val="105"/>
          <w:lang w:val="ru-RU"/>
        </w:rPr>
        <w:t xml:space="preserve"> </w:t>
      </w:r>
      <w:r w:rsidR="009E7F19" w:rsidRPr="009E7F19">
        <w:rPr>
          <w:spacing w:val="-2"/>
          <w:w w:val="105"/>
          <w:lang w:val="ru-RU"/>
        </w:rPr>
        <w:t>ребенка;</w:t>
      </w:r>
    </w:p>
    <w:p w14:paraId="5B5AEA04" w14:textId="2BE29ACF" w:rsidR="009E7F19" w:rsidRPr="004666B8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>- дата рождения ребенка</w:t>
      </w:r>
      <w:r w:rsidR="009E7F19" w:rsidRPr="004666B8">
        <w:rPr>
          <w:spacing w:val="-2"/>
          <w:w w:val="105"/>
          <w:lang w:val="ru-RU"/>
        </w:rPr>
        <w:t>;</w:t>
      </w:r>
    </w:p>
    <w:p w14:paraId="49D08759" w14:textId="1F48BCC3" w:rsidR="009E7F19" w:rsidRPr="004666B8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- </w:t>
      </w:r>
      <w:r w:rsidR="009E7F19" w:rsidRPr="004666B8">
        <w:rPr>
          <w:w w:val="105"/>
          <w:lang w:val="ru-RU"/>
        </w:rPr>
        <w:t>группа,</w:t>
      </w:r>
      <w:r w:rsidR="009E7F19" w:rsidRPr="004666B8">
        <w:rPr>
          <w:spacing w:val="6"/>
          <w:w w:val="105"/>
          <w:lang w:val="ru-RU"/>
        </w:rPr>
        <w:t xml:space="preserve"> </w:t>
      </w:r>
      <w:r w:rsidR="009E7F19" w:rsidRPr="004666B8">
        <w:rPr>
          <w:w w:val="105"/>
          <w:lang w:val="ru-RU"/>
        </w:rPr>
        <w:t>которую</w:t>
      </w:r>
      <w:r w:rsidR="009E7F19" w:rsidRPr="004666B8">
        <w:rPr>
          <w:spacing w:val="3"/>
          <w:w w:val="105"/>
          <w:lang w:val="ru-RU"/>
        </w:rPr>
        <w:t xml:space="preserve"> </w:t>
      </w:r>
      <w:r w:rsidR="009E7F19" w:rsidRPr="004666B8">
        <w:rPr>
          <w:w w:val="105"/>
          <w:lang w:val="ru-RU"/>
        </w:rPr>
        <w:t>ребенок</w:t>
      </w:r>
      <w:r w:rsidR="009E7F19" w:rsidRPr="004666B8">
        <w:rPr>
          <w:spacing w:val="6"/>
          <w:w w:val="105"/>
          <w:lang w:val="ru-RU"/>
        </w:rPr>
        <w:t xml:space="preserve"> </w:t>
      </w:r>
      <w:r w:rsidR="009E7F19" w:rsidRPr="004666B8">
        <w:rPr>
          <w:spacing w:val="-2"/>
          <w:w w:val="105"/>
          <w:lang w:val="ru-RU"/>
        </w:rPr>
        <w:t>посещает;</w:t>
      </w:r>
    </w:p>
    <w:p w14:paraId="5FE550C0" w14:textId="3D412F1F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- </w:t>
      </w:r>
      <w:r w:rsidR="009E7F19" w:rsidRPr="009E7F19">
        <w:rPr>
          <w:w w:val="105"/>
          <w:lang w:val="ru-RU"/>
        </w:rPr>
        <w:t>фамилия,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имя,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отчество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(последнее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-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при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наличии)</w:t>
      </w:r>
      <w:r w:rsidR="009E7F19" w:rsidRPr="009E7F19">
        <w:rPr>
          <w:spacing w:val="80"/>
          <w:w w:val="150"/>
          <w:lang w:val="ru-RU"/>
        </w:rPr>
        <w:t xml:space="preserve"> </w:t>
      </w:r>
      <w:r w:rsidR="009E7F19" w:rsidRPr="009E7F19">
        <w:rPr>
          <w:w w:val="105"/>
          <w:lang w:val="ru-RU"/>
        </w:rPr>
        <w:t>родителей (законных представителей) ребенка;</w:t>
      </w:r>
    </w:p>
    <w:p w14:paraId="7B57B368" w14:textId="53DE8D54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spacing w:val="-2"/>
          <w:w w:val="105"/>
          <w:lang w:val="ru-RU"/>
        </w:rPr>
        <w:t xml:space="preserve">- </w:t>
      </w:r>
      <w:r w:rsidR="009E7F19" w:rsidRPr="009E7F19">
        <w:rPr>
          <w:spacing w:val="-2"/>
          <w:w w:val="105"/>
          <w:lang w:val="ru-RU"/>
        </w:rPr>
        <w:t>дополнительная</w:t>
      </w:r>
      <w:r w:rsidR="009E7F19" w:rsidRPr="009E7F19">
        <w:rPr>
          <w:lang w:val="ru-RU"/>
        </w:rPr>
        <w:tab/>
      </w:r>
      <w:r w:rsidR="009E7F19" w:rsidRPr="009E7F19">
        <w:rPr>
          <w:w w:val="105"/>
          <w:lang w:val="ru-RU"/>
        </w:rPr>
        <w:t>образовательная/общеразвивающим</w:t>
      </w:r>
      <w:r w:rsidR="009E7F19" w:rsidRPr="009E7F19">
        <w:rPr>
          <w:spacing w:val="8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программа,</w:t>
      </w:r>
      <w:r w:rsidR="009E7F19" w:rsidRPr="009E7F19">
        <w:rPr>
          <w:lang w:val="ru-RU"/>
        </w:rPr>
        <w:tab/>
      </w:r>
      <w:r w:rsidR="009E7F19" w:rsidRPr="009E7F19">
        <w:rPr>
          <w:spacing w:val="-6"/>
          <w:w w:val="105"/>
          <w:lang w:val="ru-RU"/>
        </w:rPr>
        <w:t xml:space="preserve">по </w:t>
      </w:r>
      <w:r w:rsidR="009E7F19" w:rsidRPr="009E7F19">
        <w:rPr>
          <w:w w:val="105"/>
          <w:lang w:val="ru-RU"/>
        </w:rPr>
        <w:t>которой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планируется обучаться воспитанник.</w:t>
      </w:r>
    </w:p>
    <w:p w14:paraId="6E8A9EEE" w14:textId="7B90446A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6.6. </w:t>
      </w:r>
      <w:r w:rsidR="009E7F19" w:rsidRPr="009E7F19">
        <w:rPr>
          <w:w w:val="105"/>
          <w:lang w:val="ru-RU"/>
        </w:rPr>
        <w:t>М</w:t>
      </w:r>
      <w:r w:rsidR="00AD4AC8">
        <w:rPr>
          <w:w w:val="105"/>
          <w:lang w:val="ru-RU"/>
        </w:rPr>
        <w:t>А</w:t>
      </w:r>
      <w:r w:rsidR="009E7F19" w:rsidRPr="009E7F19">
        <w:rPr>
          <w:w w:val="105"/>
          <w:lang w:val="ru-RU"/>
        </w:rPr>
        <w:t>ДОУ «Детский сад № 1</w:t>
      </w:r>
      <w:r w:rsidR="00AD4AC8">
        <w:rPr>
          <w:w w:val="105"/>
          <w:lang w:val="ru-RU"/>
        </w:rPr>
        <w:t>0</w:t>
      </w:r>
      <w:r w:rsidR="009E7F19" w:rsidRPr="009E7F19">
        <w:rPr>
          <w:w w:val="105"/>
          <w:lang w:val="ru-RU"/>
        </w:rPr>
        <w:t>» знакомит родителей (законных представителей) воспитанника с общеразвивающими программами дополнительного образования. Факт ознакомления родителей (законных представителей) воспитанника с общеразвивающими программами дополнительного образования фиксируется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в заявлении родителей (законных представителей) воспитанника о приеме на обучение по дополнительным общеразвивающим программам путем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проставления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подписи родителей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 xml:space="preserve">(законных представителей) </w:t>
      </w:r>
      <w:r w:rsidR="009E7F19" w:rsidRPr="009E7F19">
        <w:rPr>
          <w:spacing w:val="-2"/>
          <w:w w:val="105"/>
          <w:lang w:val="ru-RU"/>
        </w:rPr>
        <w:t>воспитанника.</w:t>
      </w:r>
    </w:p>
    <w:p w14:paraId="56FFFDEE" w14:textId="64CF68DA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6.7. </w:t>
      </w:r>
      <w:r w:rsidR="009E7F19" w:rsidRPr="009E7F19">
        <w:rPr>
          <w:w w:val="105"/>
          <w:lang w:val="ru-RU"/>
        </w:rPr>
        <w:t>В приеме на обучение по дополнительным общеразвивающим программам может быть отказано только при отсутствии свободных мест. В приеме на обучение по дополнительным общеразвивающим программам в области физической культуры</w:t>
      </w:r>
      <w:r w:rsidR="009E7F19" w:rsidRPr="009E7F19">
        <w:rPr>
          <w:spacing w:val="4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 xml:space="preserve">и спорта может быть отказано при наличии медицинских противопоказаний к конкретным видам </w:t>
      </w:r>
      <w:r w:rsidR="009E7F19" w:rsidRPr="009E7F19">
        <w:rPr>
          <w:spacing w:val="-2"/>
          <w:w w:val="105"/>
          <w:lang w:val="ru-RU"/>
        </w:rPr>
        <w:t>деятельности.</w:t>
      </w:r>
    </w:p>
    <w:p w14:paraId="35BD7BD6" w14:textId="678950EA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6.8. </w:t>
      </w:r>
      <w:r w:rsidR="009E7F19" w:rsidRPr="009E7F19">
        <w:rPr>
          <w:w w:val="105"/>
          <w:lang w:val="ru-RU"/>
        </w:rPr>
        <w:t>Для зачисления</w:t>
      </w:r>
      <w:r w:rsidR="009E7F19" w:rsidRPr="009E7F19">
        <w:rPr>
          <w:spacing w:val="-1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на</w:t>
      </w:r>
      <w:r w:rsidR="009E7F19" w:rsidRPr="009E7F19">
        <w:rPr>
          <w:spacing w:val="-1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обучение по</w:t>
      </w:r>
      <w:r w:rsidR="009E7F19" w:rsidRPr="009E7F19">
        <w:rPr>
          <w:spacing w:val="-2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дополнительным общеразвивающим программам в области физической культуры и спорта родители (законные представители) ребенка дополнительно представляют справку из медицинского учреждения об отсутствии медицинских противопоказаний к занятию конкретным видом спорта, указанным в заявлении.</w:t>
      </w:r>
    </w:p>
    <w:p w14:paraId="00107620" w14:textId="7260C8C3" w:rsidR="009E7F19" w:rsidRPr="009E7F19" w:rsidRDefault="004666B8" w:rsidP="00AD4AC8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6.9. </w:t>
      </w:r>
      <w:r w:rsidR="009E7F19" w:rsidRPr="009E7F19">
        <w:rPr>
          <w:w w:val="105"/>
          <w:lang w:val="ru-RU"/>
        </w:rPr>
        <w:t xml:space="preserve">После подачи заявления о приеме на обучение по дополнительным общеразвивающим программам на платной основе между </w:t>
      </w:r>
      <w:r w:rsidR="00AD4AC8" w:rsidRPr="009E7F19">
        <w:rPr>
          <w:w w:val="105"/>
          <w:lang w:val="ru-RU"/>
        </w:rPr>
        <w:t>М</w:t>
      </w:r>
      <w:r w:rsidR="00AD4AC8">
        <w:rPr>
          <w:w w:val="105"/>
          <w:lang w:val="ru-RU"/>
        </w:rPr>
        <w:t>А</w:t>
      </w:r>
      <w:r w:rsidR="00AD4AC8" w:rsidRPr="009E7F19">
        <w:rPr>
          <w:w w:val="105"/>
          <w:lang w:val="ru-RU"/>
        </w:rPr>
        <w:t>ДОУ «Детский сад № 1</w:t>
      </w:r>
      <w:r w:rsidR="00AD4AC8">
        <w:rPr>
          <w:w w:val="105"/>
          <w:lang w:val="ru-RU"/>
        </w:rPr>
        <w:t>0</w:t>
      </w:r>
      <w:r w:rsidR="00AD4AC8" w:rsidRPr="009E7F19">
        <w:rPr>
          <w:w w:val="105"/>
          <w:lang w:val="ru-RU"/>
        </w:rPr>
        <w:t>»</w:t>
      </w:r>
      <w:r w:rsidR="009E7F19" w:rsidRPr="009E7F19">
        <w:rPr>
          <w:w w:val="105"/>
          <w:lang w:val="ru-RU"/>
        </w:rPr>
        <w:t xml:space="preserve"> и родителями (законными представителями) воспитанника заключается договор об оказании платных дополнительных образовательных услуг. Порядок заключения договора регламентируется Положением о платных дополнительных образовательных и иных услугах в </w:t>
      </w:r>
      <w:r w:rsidR="00AD4AC8" w:rsidRPr="009E7F19">
        <w:rPr>
          <w:w w:val="105"/>
          <w:lang w:val="ru-RU"/>
        </w:rPr>
        <w:t>М</w:t>
      </w:r>
      <w:r w:rsidR="00AD4AC8">
        <w:rPr>
          <w:w w:val="105"/>
          <w:lang w:val="ru-RU"/>
        </w:rPr>
        <w:t>А</w:t>
      </w:r>
      <w:r w:rsidR="00AD4AC8" w:rsidRPr="009E7F19">
        <w:rPr>
          <w:w w:val="105"/>
          <w:lang w:val="ru-RU"/>
        </w:rPr>
        <w:t>ДОУ «Детский сад № 1</w:t>
      </w:r>
      <w:r w:rsidR="00AD4AC8">
        <w:rPr>
          <w:w w:val="105"/>
          <w:lang w:val="ru-RU"/>
        </w:rPr>
        <w:t>0</w:t>
      </w:r>
      <w:r w:rsidR="00AD4AC8" w:rsidRPr="009E7F19">
        <w:rPr>
          <w:w w:val="105"/>
          <w:lang w:val="ru-RU"/>
        </w:rPr>
        <w:t>»</w:t>
      </w:r>
      <w:r w:rsidR="00AD4AC8">
        <w:rPr>
          <w:w w:val="105"/>
          <w:lang w:val="ru-RU"/>
        </w:rPr>
        <w:t>.</w:t>
      </w:r>
    </w:p>
    <w:p w14:paraId="12904D72" w14:textId="64817874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lastRenderedPageBreak/>
        <w:t xml:space="preserve">6.10. </w:t>
      </w:r>
      <w:r w:rsidR="009E7F19" w:rsidRPr="009E7F19">
        <w:rPr>
          <w:w w:val="105"/>
          <w:lang w:val="ru-RU"/>
        </w:rPr>
        <w:t>Прием заявлений на обучение по дополнительным общеразвивающим программам осуществляется с 1 по 15 сентября при наличии свободных мест.</w:t>
      </w:r>
    </w:p>
    <w:p w14:paraId="44F7BB26" w14:textId="43FDFF6E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6.11. </w:t>
      </w:r>
      <w:r w:rsidR="009E7F19" w:rsidRPr="009E7F19">
        <w:rPr>
          <w:w w:val="105"/>
          <w:lang w:val="ru-RU"/>
        </w:rPr>
        <w:t xml:space="preserve">Зачисление воспитанника на обучение по дополнительным общеразвивающим программам оформляется приказом </w:t>
      </w:r>
      <w:r w:rsidR="00AD4AC8" w:rsidRPr="009E7F19">
        <w:rPr>
          <w:w w:val="105"/>
          <w:lang w:val="ru-RU"/>
        </w:rPr>
        <w:t>М</w:t>
      </w:r>
      <w:r w:rsidR="00AD4AC8">
        <w:rPr>
          <w:w w:val="105"/>
          <w:lang w:val="ru-RU"/>
        </w:rPr>
        <w:t>А</w:t>
      </w:r>
      <w:r w:rsidR="00AD4AC8" w:rsidRPr="009E7F19">
        <w:rPr>
          <w:w w:val="105"/>
          <w:lang w:val="ru-RU"/>
        </w:rPr>
        <w:t>ДОУ «Детский сад № 1</w:t>
      </w:r>
      <w:r w:rsidR="00AD4AC8">
        <w:rPr>
          <w:w w:val="105"/>
          <w:lang w:val="ru-RU"/>
        </w:rPr>
        <w:t>0</w:t>
      </w:r>
      <w:r w:rsidR="00AD4AC8" w:rsidRPr="009E7F19">
        <w:rPr>
          <w:w w:val="105"/>
          <w:lang w:val="ru-RU"/>
        </w:rPr>
        <w:t>»</w:t>
      </w:r>
      <w:r w:rsidR="00AD4AC8">
        <w:rPr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в</w:t>
      </w:r>
      <w:r w:rsidR="009E7F19" w:rsidRPr="009E7F19">
        <w:rPr>
          <w:spacing w:val="8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течение</w:t>
      </w:r>
      <w:r w:rsidR="009E7F19" w:rsidRPr="009E7F19">
        <w:rPr>
          <w:spacing w:val="80"/>
          <w:w w:val="105"/>
          <w:lang w:val="ru-RU"/>
        </w:rPr>
        <w:t xml:space="preserve"> </w:t>
      </w:r>
      <w:r w:rsidR="009E7F19" w:rsidRPr="009E7F19">
        <w:rPr>
          <w:w w:val="105"/>
          <w:lang w:val="ru-RU"/>
        </w:rPr>
        <w:t>трех рабочих дней после подачи документов.</w:t>
      </w:r>
    </w:p>
    <w:p w14:paraId="6ED372CB" w14:textId="0B970CE4" w:rsidR="009E7F19" w:rsidRPr="009E7F19" w:rsidRDefault="004666B8" w:rsidP="009E7F19">
      <w:pPr>
        <w:spacing w:after="0"/>
        <w:jc w:val="both"/>
        <w:rPr>
          <w:lang w:val="ru-RU"/>
        </w:rPr>
      </w:pPr>
      <w:r>
        <w:rPr>
          <w:w w:val="105"/>
          <w:lang w:val="ru-RU"/>
        </w:rPr>
        <w:t xml:space="preserve">6.12. </w:t>
      </w:r>
      <w:r w:rsidR="009E7F19" w:rsidRPr="009E7F19">
        <w:rPr>
          <w:w w:val="105"/>
          <w:lang w:val="ru-RU"/>
        </w:rPr>
        <w:t>Права и обязанности воспитанника, предусмотренные законодательством об образовании и локальными нормативными актами детского сада, возникают у лица, принятого на обучение, с даты, указанной в приказе о приеме лица на обучение.</w:t>
      </w:r>
    </w:p>
    <w:p w14:paraId="593DEE48" w14:textId="77777777" w:rsidR="009E7F19" w:rsidRPr="009E7F19" w:rsidRDefault="009E7F19" w:rsidP="009E7F19">
      <w:pPr>
        <w:jc w:val="both"/>
        <w:rPr>
          <w:rFonts w:ascii="Times New Roman" w:hAnsi="Times New Roman" w:cs="Times New Roman"/>
          <w:lang w:val="ru-RU"/>
        </w:rPr>
      </w:pPr>
    </w:p>
    <w:p w14:paraId="768F2418" w14:textId="77777777" w:rsidR="00DA647C" w:rsidRPr="009E7F19" w:rsidRDefault="00DA647C" w:rsidP="009E7F19">
      <w:pPr>
        <w:jc w:val="both"/>
        <w:rPr>
          <w:rFonts w:ascii="Times New Roman" w:hAnsi="Times New Roman" w:cs="Times New Roman"/>
          <w:lang w:val="ru-RU"/>
        </w:rPr>
      </w:pPr>
    </w:p>
    <w:p w14:paraId="1F349405" w14:textId="77777777" w:rsidR="00047CDB" w:rsidRPr="009E7F19" w:rsidRDefault="00047CDB" w:rsidP="009E7F19">
      <w:pPr>
        <w:jc w:val="both"/>
        <w:rPr>
          <w:rFonts w:ascii="Times New Roman" w:hAnsi="Times New Roman" w:cs="Times New Roman"/>
          <w:lang w:val="ru-RU"/>
        </w:rPr>
      </w:pPr>
    </w:p>
    <w:p w14:paraId="7092EC62" w14:textId="3B5AAF72" w:rsidR="003E4758" w:rsidRPr="009E7F19" w:rsidRDefault="003E4758" w:rsidP="009E7F19">
      <w:pPr>
        <w:jc w:val="both"/>
        <w:rPr>
          <w:rFonts w:ascii="Times New Roman" w:hAnsi="Times New Roman" w:cs="Times New Roman"/>
          <w:lang w:val="ru-RU"/>
        </w:rPr>
      </w:pPr>
    </w:p>
    <w:p w14:paraId="1AF6E1CA" w14:textId="77777777" w:rsidR="00047CDB" w:rsidRPr="009E7F19" w:rsidRDefault="00047CDB" w:rsidP="009E7F19">
      <w:pPr>
        <w:jc w:val="both"/>
        <w:rPr>
          <w:rFonts w:ascii="Times New Roman" w:hAnsi="Times New Roman" w:cs="Times New Roman"/>
          <w:lang w:val="ru-RU"/>
        </w:rPr>
      </w:pPr>
    </w:p>
    <w:sectPr w:rsidR="00047CDB" w:rsidRPr="009E7F19" w:rsidSect="00664C6B">
      <w:type w:val="continuous"/>
      <w:pgSz w:w="12240" w:h="15840"/>
      <w:pgMar w:top="709" w:right="758" w:bottom="142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A92C96" w14:textId="77777777" w:rsidR="00282CEE" w:rsidRDefault="00282CEE" w:rsidP="00047CDB">
      <w:pPr>
        <w:spacing w:after="0" w:line="240" w:lineRule="auto"/>
      </w:pPr>
      <w:r>
        <w:separator/>
      </w:r>
    </w:p>
  </w:endnote>
  <w:endnote w:type="continuationSeparator" w:id="0">
    <w:p w14:paraId="1FF0F584" w14:textId="77777777" w:rsidR="00282CEE" w:rsidRDefault="00282CEE" w:rsidP="00047C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B49C81" w14:textId="77777777" w:rsidR="00282CEE" w:rsidRDefault="00282CEE" w:rsidP="00047CDB">
      <w:pPr>
        <w:spacing w:after="0" w:line="240" w:lineRule="auto"/>
      </w:pPr>
      <w:r>
        <w:separator/>
      </w:r>
    </w:p>
  </w:footnote>
  <w:footnote w:type="continuationSeparator" w:id="0">
    <w:p w14:paraId="790E2162" w14:textId="77777777" w:rsidR="00282CEE" w:rsidRDefault="00282CEE" w:rsidP="00047C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70759D5"/>
    <w:multiLevelType w:val="multilevel"/>
    <w:tmpl w:val="B69E83F0"/>
    <w:lvl w:ilvl="0">
      <w:start w:val="2"/>
      <w:numFmt w:val="decimal"/>
      <w:lvlText w:val="%1."/>
      <w:lvlJc w:val="left"/>
      <w:pPr>
        <w:ind w:left="3979" w:hanging="35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1365"/>
        <w:jc w:val="left"/>
      </w:pPr>
      <w:rPr>
        <w:rFonts w:hint="default"/>
        <w:spacing w:val="-3"/>
        <w:w w:val="109"/>
        <w:lang w:val="ru-RU" w:eastAsia="en-US" w:bidi="ar-SA"/>
      </w:rPr>
    </w:lvl>
    <w:lvl w:ilvl="2">
      <w:start w:val="1"/>
      <w:numFmt w:val="bullet"/>
      <w:lvlText w:val=""/>
      <w:lvlJc w:val="left"/>
      <w:pPr>
        <w:ind w:left="426" w:hanging="1365"/>
      </w:pPr>
      <w:rPr>
        <w:rFonts w:ascii="Symbol" w:hAnsi="Symbol" w:hint="default"/>
        <w:b w:val="0"/>
        <w:bCs w:val="0"/>
        <w:i w:val="0"/>
        <w:iCs w:val="0"/>
        <w:spacing w:val="0"/>
        <w:w w:val="10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367" w:hanging="1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1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9" w:hanging="1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6" w:hanging="1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1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365"/>
      </w:pPr>
      <w:rPr>
        <w:rFonts w:hint="default"/>
        <w:lang w:val="ru-RU" w:eastAsia="en-US" w:bidi="ar-SA"/>
      </w:rPr>
    </w:lvl>
  </w:abstractNum>
  <w:abstractNum w:abstractNumId="10" w15:restartNumberingAfterBreak="0">
    <w:nsid w:val="37847A39"/>
    <w:multiLevelType w:val="multilevel"/>
    <w:tmpl w:val="3FD644FE"/>
    <w:lvl w:ilvl="0">
      <w:start w:val="3"/>
      <w:numFmt w:val="decimal"/>
      <w:lvlText w:val="%1."/>
      <w:lvlJc w:val="left"/>
      <w:pPr>
        <w:ind w:left="384" w:hanging="384"/>
      </w:pPr>
      <w:rPr>
        <w:rFonts w:hint="default"/>
        <w:w w:val="115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w w:val="115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w w:val="115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w w:val="115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w w:val="115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w w:val="115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w w:val="115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w w:val="115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w w:val="115"/>
      </w:rPr>
    </w:lvl>
  </w:abstractNum>
  <w:abstractNum w:abstractNumId="11" w15:restartNumberingAfterBreak="0">
    <w:nsid w:val="4A1135EC"/>
    <w:multiLevelType w:val="multilevel"/>
    <w:tmpl w:val="20F22C1A"/>
    <w:lvl w:ilvl="0">
      <w:start w:val="3"/>
      <w:numFmt w:val="decimal"/>
      <w:lvlText w:val="%1"/>
      <w:lvlJc w:val="left"/>
      <w:pPr>
        <w:ind w:left="711" w:hanging="1391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711" w:hanging="1391"/>
        <w:jc w:val="left"/>
      </w:pPr>
      <w:rPr>
        <w:rFonts w:hint="default"/>
        <w:spacing w:val="0"/>
        <w:w w:val="108"/>
        <w:lang w:val="ru-RU" w:eastAsia="en-US" w:bidi="ar-SA"/>
      </w:rPr>
    </w:lvl>
    <w:lvl w:ilvl="2">
      <w:numFmt w:val="bullet"/>
      <w:lvlText w:val="-"/>
      <w:lvlJc w:val="left"/>
      <w:pPr>
        <w:ind w:left="1659" w:hanging="9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8"/>
        <w:sz w:val="21"/>
        <w:szCs w:val="21"/>
        <w:lang w:val="ru-RU" w:eastAsia="en-US" w:bidi="ar-SA"/>
      </w:rPr>
    </w:lvl>
    <w:lvl w:ilvl="3">
      <w:numFmt w:val="bullet"/>
      <w:lvlText w:val="•"/>
      <w:lvlJc w:val="left"/>
      <w:pPr>
        <w:ind w:left="3630" w:hanging="9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15" w:hanging="9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0" w:hanging="9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9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0" w:hanging="9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5" w:hanging="949"/>
      </w:pPr>
      <w:rPr>
        <w:rFonts w:hint="default"/>
        <w:lang w:val="ru-RU" w:eastAsia="en-US" w:bidi="ar-SA"/>
      </w:rPr>
    </w:lvl>
  </w:abstractNum>
  <w:abstractNum w:abstractNumId="12" w15:restartNumberingAfterBreak="0">
    <w:nsid w:val="4E416C0C"/>
    <w:multiLevelType w:val="multilevel"/>
    <w:tmpl w:val="2E5AB902"/>
    <w:lvl w:ilvl="0">
      <w:start w:val="6"/>
      <w:numFmt w:val="decimal"/>
      <w:lvlText w:val="%1"/>
      <w:lvlJc w:val="left"/>
      <w:pPr>
        <w:ind w:left="711" w:hanging="12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1" w:hanging="1254"/>
        <w:jc w:val="right"/>
      </w:pPr>
      <w:rPr>
        <w:rFonts w:hint="default"/>
        <w:spacing w:val="0"/>
        <w:w w:val="108"/>
        <w:lang w:val="ru-RU" w:eastAsia="en-US" w:bidi="ar-SA"/>
      </w:rPr>
    </w:lvl>
    <w:lvl w:ilvl="2">
      <w:numFmt w:val="bullet"/>
      <w:lvlText w:val="-"/>
      <w:lvlJc w:val="left"/>
      <w:pPr>
        <w:ind w:left="2438" w:hanging="7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36" w:hanging="7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5" w:hanging="7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3" w:hanging="7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2" w:hanging="7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30" w:hanging="7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9" w:hanging="759"/>
      </w:pPr>
      <w:rPr>
        <w:rFonts w:hint="default"/>
        <w:lang w:val="ru-RU" w:eastAsia="en-US" w:bidi="ar-SA"/>
      </w:rPr>
    </w:lvl>
  </w:abstractNum>
  <w:abstractNum w:abstractNumId="13" w15:restartNumberingAfterBreak="0">
    <w:nsid w:val="64CF30A3"/>
    <w:multiLevelType w:val="hybridMultilevel"/>
    <w:tmpl w:val="296ECA8E"/>
    <w:lvl w:ilvl="0" w:tplc="2078DD32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 w15:restartNumberingAfterBreak="0">
    <w:nsid w:val="6E0C0D7F"/>
    <w:multiLevelType w:val="multilevel"/>
    <w:tmpl w:val="B69E83F0"/>
    <w:lvl w:ilvl="0">
      <w:start w:val="2"/>
      <w:numFmt w:val="decimal"/>
      <w:lvlText w:val="%1."/>
      <w:lvlJc w:val="left"/>
      <w:pPr>
        <w:ind w:left="3979" w:hanging="355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6" w:hanging="1365"/>
        <w:jc w:val="left"/>
      </w:pPr>
      <w:rPr>
        <w:rFonts w:hint="default"/>
        <w:spacing w:val="-3"/>
        <w:w w:val="109"/>
        <w:lang w:val="ru-RU" w:eastAsia="en-US" w:bidi="ar-SA"/>
      </w:rPr>
    </w:lvl>
    <w:lvl w:ilvl="2">
      <w:start w:val="1"/>
      <w:numFmt w:val="bullet"/>
      <w:lvlText w:val=""/>
      <w:lvlJc w:val="left"/>
      <w:pPr>
        <w:ind w:left="426" w:hanging="1365"/>
      </w:pPr>
      <w:rPr>
        <w:rFonts w:ascii="Symbol" w:hAnsi="Symbol" w:hint="default"/>
        <w:b w:val="0"/>
        <w:bCs w:val="0"/>
        <w:i w:val="0"/>
        <w:iCs w:val="0"/>
        <w:spacing w:val="0"/>
        <w:w w:val="10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5367" w:hanging="1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63" w:hanging="1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9" w:hanging="1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56" w:hanging="1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2" w:hanging="1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48" w:hanging="1365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9"/>
  </w:num>
  <w:num w:numId="12">
    <w:abstractNumId w:val="14"/>
  </w:num>
  <w:num w:numId="13">
    <w:abstractNumId w:val="10"/>
  </w:num>
  <w:num w:numId="14">
    <w:abstractNumId w:val="11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47CDB"/>
    <w:rsid w:val="0006063C"/>
    <w:rsid w:val="0015074B"/>
    <w:rsid w:val="00210C9F"/>
    <w:rsid w:val="00282CEE"/>
    <w:rsid w:val="0029639D"/>
    <w:rsid w:val="00326F90"/>
    <w:rsid w:val="003E4758"/>
    <w:rsid w:val="004666B8"/>
    <w:rsid w:val="00664C6B"/>
    <w:rsid w:val="00960DC8"/>
    <w:rsid w:val="009E7F19"/>
    <w:rsid w:val="00AA1D8D"/>
    <w:rsid w:val="00AD4AC8"/>
    <w:rsid w:val="00B47730"/>
    <w:rsid w:val="00CB0664"/>
    <w:rsid w:val="00D516EC"/>
    <w:rsid w:val="00DA647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29E91A9"/>
  <w14:defaultImageDpi w14:val="300"/>
  <w15:docId w15:val="{D4B93849-37C6-4A74-BD2C-F17CD3115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1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CF9A03-1EAC-4908-8D6D-3625B0CF0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8</Pages>
  <Words>3007</Words>
  <Characters>17146</Characters>
  <Application>Microsoft Office Word</Application>
  <DocSecurity>0</DocSecurity>
  <Lines>142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20113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3</cp:revision>
  <dcterms:created xsi:type="dcterms:W3CDTF">2024-05-13T09:53:00Z</dcterms:created>
  <dcterms:modified xsi:type="dcterms:W3CDTF">2024-05-13T11:39:00Z</dcterms:modified>
  <cp:category/>
</cp:coreProperties>
</file>